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F0074" w14:textId="77777777" w:rsidR="007B669E" w:rsidRDefault="007B669E" w:rsidP="00E9400B">
      <w:pPr>
        <w:autoSpaceDE w:val="0"/>
        <w:autoSpaceDN w:val="0"/>
        <w:spacing w:after="0" w:line="240" w:lineRule="auto"/>
        <w:contextualSpacing/>
      </w:pPr>
    </w:p>
    <w:p w14:paraId="438D2423" w14:textId="77777777" w:rsidR="00E9400B" w:rsidRPr="006457B7" w:rsidRDefault="00E9400B" w:rsidP="00E9400B">
      <w:pPr>
        <w:spacing w:after="0" w:line="240" w:lineRule="auto"/>
        <w:contextualSpacing/>
        <w:jc w:val="center"/>
        <w:outlineLvl w:val="0"/>
        <w:rPr>
          <w:lang w:val="tt-RU"/>
        </w:rPr>
      </w:pPr>
      <w:r w:rsidRPr="006457B7">
        <w:rPr>
          <w:lang w:val="tt-RU"/>
        </w:rPr>
        <w:t>Муниципальное бюджетное общеобразовательное учреждение</w:t>
      </w:r>
    </w:p>
    <w:p w14:paraId="18B03A58" w14:textId="77777777" w:rsidR="00E9400B" w:rsidRDefault="00E9400B" w:rsidP="00E9400B">
      <w:pPr>
        <w:spacing w:after="0" w:line="240" w:lineRule="auto"/>
        <w:contextualSpacing/>
        <w:jc w:val="center"/>
        <w:rPr>
          <w:lang w:val="tt-RU"/>
        </w:rPr>
      </w:pPr>
      <w:r w:rsidRPr="006457B7">
        <w:rPr>
          <w:lang w:val="tt-RU"/>
        </w:rPr>
        <w:t>«</w:t>
      </w:r>
      <w:r>
        <w:rPr>
          <w:lang w:val="tt-RU"/>
        </w:rPr>
        <w:t>Яна- Булякская основная</w:t>
      </w:r>
      <w:r w:rsidRPr="006457B7">
        <w:rPr>
          <w:lang w:val="tt-RU"/>
        </w:rPr>
        <w:t xml:space="preserve"> общеобразовательная школа</w:t>
      </w:r>
      <w:r>
        <w:rPr>
          <w:lang w:val="tt-RU"/>
        </w:rPr>
        <w:t>”</w:t>
      </w:r>
    </w:p>
    <w:p w14:paraId="3BBAFD76" w14:textId="77777777" w:rsidR="00E9400B" w:rsidRPr="005E55FA" w:rsidRDefault="00E9400B" w:rsidP="00E9400B">
      <w:pPr>
        <w:spacing w:after="0" w:line="240" w:lineRule="auto"/>
        <w:contextualSpacing/>
        <w:jc w:val="center"/>
        <w:rPr>
          <w:lang w:val="tt-RU"/>
        </w:rPr>
      </w:pPr>
      <w:r>
        <w:rPr>
          <w:lang w:val="tt-RU"/>
        </w:rPr>
        <w:t>Тукаевского муниципального района Республики Татарстан</w:t>
      </w:r>
    </w:p>
    <w:p w14:paraId="0F9A7A40" w14:textId="77777777" w:rsidR="00E9400B" w:rsidRPr="00E9400B" w:rsidRDefault="00E9400B" w:rsidP="00E9400B">
      <w:pPr>
        <w:shd w:val="clear" w:color="auto" w:fill="FFFFFF"/>
        <w:spacing w:after="0" w:line="240" w:lineRule="auto"/>
        <w:ind w:left="567" w:right="567" w:firstLine="4820"/>
        <w:contextualSpacing/>
        <w:rPr>
          <w:bCs/>
          <w:lang w:val="ru-RU"/>
        </w:rPr>
      </w:pPr>
    </w:p>
    <w:p w14:paraId="3450AFAF" w14:textId="77777777" w:rsidR="00E9400B" w:rsidRPr="00E9400B" w:rsidRDefault="00E9400B" w:rsidP="00E9400B">
      <w:pPr>
        <w:shd w:val="clear" w:color="auto" w:fill="FFFFFF"/>
        <w:spacing w:after="0" w:line="240" w:lineRule="auto"/>
        <w:ind w:left="567" w:right="567" w:firstLine="4820"/>
        <w:contextualSpacing/>
        <w:rPr>
          <w:bCs/>
          <w:lang w:val="ru-RU"/>
        </w:rPr>
      </w:pPr>
    </w:p>
    <w:p w14:paraId="16709C87" w14:textId="77777777" w:rsidR="00E9400B" w:rsidRPr="00E9400B" w:rsidRDefault="00E9400B" w:rsidP="00E9400B">
      <w:pPr>
        <w:shd w:val="clear" w:color="auto" w:fill="FFFFFF"/>
        <w:spacing w:after="0" w:line="240" w:lineRule="auto"/>
        <w:ind w:left="567" w:right="567" w:firstLine="4820"/>
        <w:contextualSpacing/>
        <w:rPr>
          <w:bCs/>
          <w:lang w:val="ru-RU"/>
        </w:rPr>
      </w:pPr>
    </w:p>
    <w:p w14:paraId="7931933F" w14:textId="77777777" w:rsidR="00E9400B" w:rsidRPr="00E9400B" w:rsidRDefault="00E9400B" w:rsidP="00E9400B">
      <w:pPr>
        <w:shd w:val="clear" w:color="auto" w:fill="FFFFFF"/>
        <w:spacing w:after="0" w:line="240" w:lineRule="auto"/>
        <w:ind w:left="567" w:right="567" w:firstLine="4820"/>
        <w:contextualSpacing/>
        <w:rPr>
          <w:bCs/>
          <w:lang w:val="ru-RU"/>
        </w:rPr>
      </w:pPr>
    </w:p>
    <w:p w14:paraId="7DEADE88" w14:textId="77777777" w:rsidR="00E9400B" w:rsidRPr="00E9400B" w:rsidRDefault="00E9400B" w:rsidP="00E9400B">
      <w:pPr>
        <w:shd w:val="clear" w:color="auto" w:fill="FFFFFF"/>
        <w:spacing w:after="0" w:line="240" w:lineRule="auto"/>
        <w:ind w:left="567" w:right="567" w:firstLine="4820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         </w:t>
      </w:r>
    </w:p>
    <w:p w14:paraId="3667F0FB" w14:textId="51872B9A" w:rsidR="00E9400B" w:rsidRPr="00E9400B" w:rsidRDefault="00E9400B" w:rsidP="00E9400B">
      <w:pPr>
        <w:shd w:val="clear" w:color="auto" w:fill="FFFFFF"/>
        <w:spacing w:after="0" w:line="240" w:lineRule="auto"/>
        <w:ind w:left="1276" w:right="567" w:firstLine="3544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 </w:t>
      </w:r>
      <w:r>
        <w:rPr>
          <w:bCs/>
          <w:lang w:val="ru-RU"/>
        </w:rPr>
        <w:t>«</w:t>
      </w:r>
      <w:r w:rsidRPr="00E9400B">
        <w:rPr>
          <w:bCs/>
          <w:lang w:val="ru-RU"/>
        </w:rPr>
        <w:t>Принято</w:t>
      </w:r>
      <w:r>
        <w:rPr>
          <w:bCs/>
          <w:lang w:val="ru-RU"/>
        </w:rPr>
        <w:t>»</w:t>
      </w:r>
    </w:p>
    <w:p w14:paraId="4C94A47A" w14:textId="77777777" w:rsidR="00E9400B" w:rsidRPr="00E9400B" w:rsidRDefault="00E9400B" w:rsidP="00E9400B">
      <w:pPr>
        <w:shd w:val="clear" w:color="auto" w:fill="FFFFFF"/>
        <w:spacing w:after="0" w:line="240" w:lineRule="auto"/>
        <w:ind w:left="1276" w:right="567" w:firstLine="3544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 Педагогическим советом</w:t>
      </w:r>
    </w:p>
    <w:p w14:paraId="41880D99" w14:textId="77777777" w:rsidR="00E9400B" w:rsidRDefault="00E9400B" w:rsidP="00E9400B">
      <w:pPr>
        <w:shd w:val="clear" w:color="auto" w:fill="FFFFFF"/>
        <w:spacing w:after="0" w:line="240" w:lineRule="auto"/>
        <w:ind w:left="1276" w:right="567" w:firstLine="3544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 протокол от ___</w:t>
      </w:r>
      <w:r>
        <w:rPr>
          <w:bCs/>
          <w:lang w:val="ru-RU"/>
        </w:rPr>
        <w:t>2</w:t>
      </w:r>
      <w:r w:rsidRPr="00E9400B">
        <w:rPr>
          <w:bCs/>
          <w:lang w:val="ru-RU"/>
        </w:rPr>
        <w:t>6_августа 202</w:t>
      </w:r>
      <w:r>
        <w:rPr>
          <w:bCs/>
          <w:lang w:val="ru-RU"/>
        </w:rPr>
        <w:t>2</w:t>
      </w:r>
      <w:r w:rsidRPr="00E9400B">
        <w:rPr>
          <w:bCs/>
          <w:lang w:val="ru-RU"/>
        </w:rPr>
        <w:t xml:space="preserve"> г. №_1_ </w:t>
      </w:r>
    </w:p>
    <w:p w14:paraId="56F393EE" w14:textId="4B241009" w:rsidR="00E9400B" w:rsidRDefault="00E9400B" w:rsidP="00E9400B">
      <w:pPr>
        <w:shd w:val="clear" w:color="auto" w:fill="FFFFFF"/>
        <w:spacing w:after="0" w:line="240" w:lineRule="auto"/>
        <w:ind w:left="1276" w:right="567" w:firstLine="3544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 </w:t>
      </w:r>
      <w:r>
        <w:rPr>
          <w:bCs/>
          <w:lang w:val="ru-RU"/>
        </w:rPr>
        <w:t xml:space="preserve"> </w:t>
      </w:r>
    </w:p>
    <w:p w14:paraId="4BFB0E4D" w14:textId="78936F5C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  <w:r>
        <w:rPr>
          <w:bCs/>
          <w:lang w:val="ru-RU"/>
        </w:rPr>
        <w:t xml:space="preserve">                                                                                        </w:t>
      </w:r>
      <w:r w:rsidRPr="00E9400B">
        <w:rPr>
          <w:bCs/>
          <w:lang w:val="ru-RU"/>
        </w:rPr>
        <w:t xml:space="preserve">Введено приказом от </w:t>
      </w:r>
      <w:r>
        <w:rPr>
          <w:bCs/>
          <w:lang w:val="ru-RU"/>
        </w:rPr>
        <w:t>2</w:t>
      </w:r>
      <w:r w:rsidRPr="00E9400B">
        <w:rPr>
          <w:bCs/>
          <w:lang w:val="ru-RU"/>
        </w:rPr>
        <w:t>6 августа 202</w:t>
      </w:r>
      <w:r>
        <w:rPr>
          <w:bCs/>
          <w:lang w:val="ru-RU"/>
        </w:rPr>
        <w:t>2</w:t>
      </w:r>
      <w:r w:rsidRPr="00E9400B">
        <w:rPr>
          <w:bCs/>
          <w:lang w:val="ru-RU"/>
        </w:rPr>
        <w:t>г. № _51__</w:t>
      </w:r>
    </w:p>
    <w:p w14:paraId="796087E5" w14:textId="77777777" w:rsidR="00E9400B" w:rsidRPr="00E9400B" w:rsidRDefault="00E9400B" w:rsidP="00E9400B">
      <w:pPr>
        <w:shd w:val="clear" w:color="auto" w:fill="FFFFFF"/>
        <w:spacing w:after="0" w:line="240" w:lineRule="auto"/>
        <w:ind w:left="1276" w:right="284" w:firstLine="3544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Директор МБОУ «Яна - </w:t>
      </w:r>
      <w:proofErr w:type="spellStart"/>
      <w:r w:rsidRPr="00E9400B">
        <w:rPr>
          <w:bCs/>
          <w:lang w:val="ru-RU"/>
        </w:rPr>
        <w:t>Булякская</w:t>
      </w:r>
      <w:proofErr w:type="spellEnd"/>
      <w:r w:rsidRPr="00E9400B">
        <w:rPr>
          <w:bCs/>
          <w:lang w:val="ru-RU"/>
        </w:rPr>
        <w:t xml:space="preserve"> ООШ»</w:t>
      </w:r>
    </w:p>
    <w:p w14:paraId="074A59ED" w14:textId="77777777" w:rsidR="00E9400B" w:rsidRPr="00E9400B" w:rsidRDefault="00E9400B" w:rsidP="00E9400B">
      <w:pPr>
        <w:shd w:val="clear" w:color="auto" w:fill="FFFFFF"/>
        <w:spacing w:after="0" w:line="240" w:lineRule="auto"/>
        <w:ind w:left="1276" w:right="567" w:firstLine="3544"/>
        <w:contextualSpacing/>
        <w:rPr>
          <w:bCs/>
          <w:lang w:val="ru-RU"/>
        </w:rPr>
      </w:pPr>
      <w:r>
        <w:rPr>
          <w:bCs/>
          <w:lang w:val="tt-RU"/>
        </w:rPr>
        <w:t xml:space="preserve">               </w:t>
      </w:r>
      <w:r w:rsidRPr="00E9400B">
        <w:rPr>
          <w:bCs/>
          <w:lang w:val="ru-RU"/>
        </w:rPr>
        <w:t xml:space="preserve">___________ Сабирова </w:t>
      </w:r>
      <w:proofErr w:type="gramStart"/>
      <w:r w:rsidRPr="00E9400B">
        <w:rPr>
          <w:bCs/>
          <w:lang w:val="ru-RU"/>
        </w:rPr>
        <w:t>Г.А..</w:t>
      </w:r>
      <w:proofErr w:type="gramEnd"/>
    </w:p>
    <w:p w14:paraId="4A6884C8" w14:textId="77777777" w:rsidR="00E9400B" w:rsidRPr="00E9400B" w:rsidRDefault="00E9400B" w:rsidP="00E9400B">
      <w:pPr>
        <w:shd w:val="clear" w:color="auto" w:fill="FFFFFF"/>
        <w:spacing w:after="0" w:line="240" w:lineRule="auto"/>
        <w:ind w:left="567" w:right="567" w:firstLine="4820"/>
        <w:contextualSpacing/>
        <w:rPr>
          <w:bCs/>
          <w:lang w:val="ru-RU"/>
        </w:rPr>
      </w:pPr>
    </w:p>
    <w:p w14:paraId="26BAC287" w14:textId="77777777" w:rsidR="00E9400B" w:rsidRPr="00E9400B" w:rsidRDefault="00E9400B" w:rsidP="00E9400B">
      <w:pPr>
        <w:shd w:val="clear" w:color="auto" w:fill="FFFFFF"/>
        <w:spacing w:after="0" w:line="240" w:lineRule="auto"/>
        <w:ind w:left="567" w:right="567" w:firstLine="4820"/>
        <w:contextualSpacing/>
        <w:rPr>
          <w:bCs/>
          <w:lang w:val="ru-RU"/>
        </w:rPr>
      </w:pPr>
    </w:p>
    <w:p w14:paraId="65C56EA9" w14:textId="77777777" w:rsidR="00E9400B" w:rsidRPr="00E9400B" w:rsidRDefault="00E9400B" w:rsidP="00E9400B">
      <w:pPr>
        <w:shd w:val="clear" w:color="auto" w:fill="FFFFFF"/>
        <w:spacing w:after="0" w:line="240" w:lineRule="auto"/>
        <w:ind w:left="567" w:right="567" w:firstLine="4820"/>
        <w:contextualSpacing/>
        <w:rPr>
          <w:bCs/>
          <w:lang w:val="ru-RU"/>
        </w:rPr>
      </w:pPr>
    </w:p>
    <w:p w14:paraId="62333D62" w14:textId="77777777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jc w:val="center"/>
        <w:rPr>
          <w:b/>
          <w:bCs/>
          <w:lang w:val="ru-RU"/>
        </w:rPr>
      </w:pPr>
    </w:p>
    <w:p w14:paraId="62C6B955" w14:textId="77777777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jc w:val="center"/>
        <w:rPr>
          <w:b/>
          <w:bCs/>
          <w:lang w:val="ru-RU"/>
        </w:rPr>
      </w:pPr>
    </w:p>
    <w:p w14:paraId="7CC0DED2" w14:textId="77777777" w:rsidR="00E9400B" w:rsidRPr="00E9400B" w:rsidRDefault="00E9400B" w:rsidP="00E9400B">
      <w:pPr>
        <w:shd w:val="clear" w:color="auto" w:fill="FFFFFF"/>
        <w:spacing w:after="0" w:line="240" w:lineRule="auto"/>
        <w:contextualSpacing/>
        <w:rPr>
          <w:bCs/>
          <w:lang w:val="ru-RU"/>
        </w:rPr>
      </w:pPr>
    </w:p>
    <w:p w14:paraId="0E31228A" w14:textId="77777777" w:rsidR="00E9400B" w:rsidRPr="00E9400B" w:rsidRDefault="00E9400B" w:rsidP="00E9400B">
      <w:pPr>
        <w:shd w:val="clear" w:color="auto" w:fill="FFFFFF"/>
        <w:spacing w:after="0" w:line="240" w:lineRule="auto"/>
        <w:contextualSpacing/>
        <w:jc w:val="center"/>
        <w:rPr>
          <w:b/>
          <w:bCs/>
          <w:lang w:val="ru-RU"/>
        </w:rPr>
      </w:pPr>
      <w:r w:rsidRPr="00E9400B">
        <w:rPr>
          <w:b/>
          <w:bCs/>
          <w:lang w:val="ru-RU"/>
        </w:rPr>
        <w:t>Рабочая программа</w:t>
      </w:r>
    </w:p>
    <w:p w14:paraId="0E06D28A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jc w:val="center"/>
        <w:rPr>
          <w:bCs/>
          <w:lang w:val="ru-RU"/>
        </w:rPr>
      </w:pPr>
      <w:r w:rsidRPr="00E9400B">
        <w:rPr>
          <w:bCs/>
          <w:lang w:val="ru-RU"/>
        </w:rPr>
        <w:t xml:space="preserve">по предмету </w:t>
      </w:r>
      <w:r w:rsidRPr="00E9400B">
        <w:rPr>
          <w:bCs/>
          <w:u w:val="single"/>
          <w:lang w:val="ru-RU"/>
        </w:rPr>
        <w:t>английский язык</w:t>
      </w:r>
      <w:r w:rsidRPr="00E9400B">
        <w:rPr>
          <w:bCs/>
          <w:lang w:val="ru-RU"/>
        </w:rPr>
        <w:t xml:space="preserve"> для 5 класса</w:t>
      </w:r>
    </w:p>
    <w:p w14:paraId="36C7B9C5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jc w:val="center"/>
        <w:rPr>
          <w:bCs/>
          <w:lang w:val="ru-RU"/>
        </w:rPr>
      </w:pPr>
      <w:r w:rsidRPr="00E9400B">
        <w:rPr>
          <w:bCs/>
          <w:lang w:val="ru-RU"/>
        </w:rPr>
        <w:t>(кол-во часов в неделю - 3, в год - 102)</w:t>
      </w:r>
    </w:p>
    <w:p w14:paraId="272E98E7" w14:textId="77777777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jc w:val="center"/>
        <w:rPr>
          <w:bCs/>
          <w:lang w:val="ru-RU"/>
        </w:rPr>
      </w:pPr>
    </w:p>
    <w:p w14:paraId="41ACA3B2" w14:textId="77777777" w:rsidR="00E9400B" w:rsidRPr="006457B7" w:rsidRDefault="00E9400B" w:rsidP="00E9400B">
      <w:pPr>
        <w:pStyle w:val="aff8"/>
        <w:spacing w:before="0" w:beforeAutospacing="0" w:after="0" w:afterAutospacing="0"/>
        <w:ind w:left="144" w:right="33"/>
        <w:contextualSpacing/>
        <w:jc w:val="center"/>
      </w:pPr>
      <w:r w:rsidRPr="006457B7">
        <w:t xml:space="preserve"> </w:t>
      </w:r>
    </w:p>
    <w:p w14:paraId="1710ABF9" w14:textId="77777777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jc w:val="center"/>
        <w:outlineLvl w:val="0"/>
        <w:rPr>
          <w:bCs/>
          <w:lang w:val="ru-RU"/>
        </w:rPr>
      </w:pPr>
      <w:r w:rsidRPr="00E9400B">
        <w:rPr>
          <w:bCs/>
          <w:lang w:val="ru-RU"/>
        </w:rPr>
        <w:t xml:space="preserve">Составитель: Ахметшина Чулпан </w:t>
      </w:r>
      <w:proofErr w:type="spellStart"/>
      <w:r w:rsidRPr="00E9400B">
        <w:rPr>
          <w:bCs/>
          <w:lang w:val="ru-RU"/>
        </w:rPr>
        <w:t>Ахлятовна</w:t>
      </w:r>
      <w:proofErr w:type="spellEnd"/>
      <w:r w:rsidRPr="00E9400B">
        <w:rPr>
          <w:bCs/>
          <w:lang w:val="ru-RU"/>
        </w:rPr>
        <w:t xml:space="preserve"> </w:t>
      </w:r>
    </w:p>
    <w:p w14:paraId="75A22DCB" w14:textId="77777777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jc w:val="center"/>
        <w:rPr>
          <w:bCs/>
          <w:lang w:val="ru-RU"/>
        </w:rPr>
      </w:pPr>
      <w:r w:rsidRPr="00E9400B">
        <w:rPr>
          <w:bCs/>
          <w:lang w:val="ru-RU"/>
        </w:rPr>
        <w:t>(учитель английского языка высшей квалификационной категории)</w:t>
      </w:r>
    </w:p>
    <w:p w14:paraId="69C3C9BE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171F67C0" w14:textId="689F3B81" w:rsid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3FBABD19" w14:textId="79F53DDF" w:rsid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50539364" w14:textId="314A3513" w:rsid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06E2FA44" w14:textId="4CA7A672" w:rsid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56A92F8A" w14:textId="3391AFF4" w:rsid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7717EFEA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2ADBEF8B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  <w:r w:rsidRPr="00E9400B">
        <w:rPr>
          <w:bCs/>
          <w:lang w:val="ru-RU"/>
        </w:rPr>
        <w:t>«Согласовано»</w:t>
      </w:r>
    </w:p>
    <w:p w14:paraId="52816337" w14:textId="77777777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rPr>
          <w:bCs/>
          <w:lang w:val="ru-RU"/>
        </w:rPr>
      </w:pPr>
      <w:r w:rsidRPr="00E9400B">
        <w:rPr>
          <w:bCs/>
          <w:lang w:val="ru-RU"/>
        </w:rPr>
        <w:t>Заместитель директора________ Салахова Ф.</w:t>
      </w:r>
      <w:r>
        <w:rPr>
          <w:bCs/>
          <w:lang w:val="tt-RU"/>
        </w:rPr>
        <w:t>Р</w:t>
      </w:r>
      <w:r w:rsidRPr="00E9400B">
        <w:rPr>
          <w:bCs/>
          <w:lang w:val="ru-RU"/>
        </w:rPr>
        <w:t>.</w:t>
      </w:r>
    </w:p>
    <w:p w14:paraId="48C805E7" w14:textId="4D5A2534" w:rsid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rPr>
          <w:bCs/>
          <w:lang w:val="ru-RU"/>
        </w:rPr>
      </w:pPr>
      <w:r w:rsidRPr="00E9400B">
        <w:rPr>
          <w:bCs/>
          <w:lang w:val="ru-RU"/>
        </w:rPr>
        <w:t>От___</w:t>
      </w:r>
      <w:r>
        <w:rPr>
          <w:bCs/>
          <w:lang w:val="ru-RU"/>
        </w:rPr>
        <w:t>2</w:t>
      </w:r>
      <w:r w:rsidRPr="00E9400B">
        <w:rPr>
          <w:bCs/>
          <w:lang w:val="ru-RU"/>
        </w:rPr>
        <w:t>5_</w:t>
      </w:r>
      <w:proofErr w:type="gramStart"/>
      <w:r w:rsidRPr="00E9400B">
        <w:rPr>
          <w:bCs/>
          <w:lang w:val="ru-RU"/>
        </w:rPr>
        <w:t>_  августа</w:t>
      </w:r>
      <w:proofErr w:type="gramEnd"/>
      <w:r w:rsidRPr="00E9400B">
        <w:rPr>
          <w:bCs/>
          <w:lang w:val="ru-RU"/>
        </w:rPr>
        <w:t xml:space="preserve"> 202</w:t>
      </w:r>
      <w:r>
        <w:rPr>
          <w:bCs/>
          <w:lang w:val="ru-RU"/>
        </w:rPr>
        <w:t>2</w:t>
      </w:r>
      <w:r w:rsidRPr="00E9400B">
        <w:rPr>
          <w:bCs/>
          <w:lang w:val="ru-RU"/>
        </w:rPr>
        <w:t xml:space="preserve"> г.</w:t>
      </w:r>
    </w:p>
    <w:p w14:paraId="16522697" w14:textId="77777777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rPr>
          <w:bCs/>
          <w:lang w:val="ru-RU"/>
        </w:rPr>
      </w:pPr>
    </w:p>
    <w:p w14:paraId="3C974F5A" w14:textId="77777777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  «Рассмотрено»</w:t>
      </w:r>
    </w:p>
    <w:p w14:paraId="13CC00C5" w14:textId="72455B23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rPr>
          <w:bCs/>
          <w:lang w:val="ru-RU"/>
        </w:rPr>
      </w:pPr>
      <w:r w:rsidRPr="00E9400B">
        <w:rPr>
          <w:bCs/>
          <w:lang w:val="ru-RU"/>
        </w:rPr>
        <w:t>на заседании МО, протокол от _</w:t>
      </w:r>
      <w:r>
        <w:rPr>
          <w:bCs/>
          <w:lang w:val="ru-RU"/>
        </w:rPr>
        <w:t>2</w:t>
      </w:r>
      <w:r w:rsidRPr="00E9400B">
        <w:rPr>
          <w:bCs/>
          <w:lang w:val="ru-RU"/>
        </w:rPr>
        <w:t xml:space="preserve">5__ </w:t>
      </w:r>
      <w:proofErr w:type="gramStart"/>
      <w:r w:rsidRPr="00E9400B">
        <w:rPr>
          <w:bCs/>
          <w:lang w:val="ru-RU"/>
        </w:rPr>
        <w:t>августа  202</w:t>
      </w:r>
      <w:r>
        <w:rPr>
          <w:bCs/>
          <w:lang w:val="ru-RU"/>
        </w:rPr>
        <w:t>2</w:t>
      </w:r>
      <w:proofErr w:type="gramEnd"/>
      <w:r w:rsidRPr="00E9400B">
        <w:rPr>
          <w:bCs/>
          <w:lang w:val="ru-RU"/>
        </w:rPr>
        <w:t xml:space="preserve"> г. № _1</w:t>
      </w:r>
    </w:p>
    <w:p w14:paraId="14464D93" w14:textId="227DC0CC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rPr>
          <w:bCs/>
          <w:lang w:val="ru-RU"/>
        </w:rPr>
      </w:pPr>
      <w:r w:rsidRPr="00E9400B">
        <w:rPr>
          <w:bCs/>
          <w:lang w:val="ru-RU"/>
        </w:rPr>
        <w:t>Руководитель МО ________ / __</w:t>
      </w:r>
      <w:proofErr w:type="spellStart"/>
      <w:r w:rsidRPr="00E9400B">
        <w:rPr>
          <w:bCs/>
          <w:lang w:val="ru-RU"/>
        </w:rPr>
        <w:t>Назмутдинова</w:t>
      </w:r>
      <w:proofErr w:type="spellEnd"/>
      <w:r w:rsidRPr="00E9400B">
        <w:rPr>
          <w:bCs/>
          <w:lang w:val="ru-RU"/>
        </w:rPr>
        <w:t xml:space="preserve"> З.Г.____</w:t>
      </w:r>
    </w:p>
    <w:p w14:paraId="681AC93B" w14:textId="77777777" w:rsidR="00E9400B" w:rsidRPr="00E9400B" w:rsidRDefault="00E9400B" w:rsidP="00E9400B">
      <w:pPr>
        <w:spacing w:after="0" w:line="240" w:lineRule="auto"/>
        <w:contextualSpacing/>
        <w:outlineLvl w:val="0"/>
        <w:rPr>
          <w:bCs/>
          <w:lang w:val="ru-RU"/>
        </w:rPr>
      </w:pPr>
    </w:p>
    <w:p w14:paraId="66A6CB8D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                                                                            </w:t>
      </w:r>
    </w:p>
    <w:p w14:paraId="27DBC860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35A2D0C9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4230748E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57F434A4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4E94553D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2B96E0F3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5640914F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</w:p>
    <w:p w14:paraId="06136509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rPr>
          <w:bCs/>
          <w:lang w:val="ru-RU"/>
        </w:rPr>
      </w:pPr>
      <w:r w:rsidRPr="00E9400B">
        <w:rPr>
          <w:bCs/>
          <w:lang w:val="ru-RU"/>
        </w:rPr>
        <w:t xml:space="preserve">                     </w:t>
      </w:r>
    </w:p>
    <w:p w14:paraId="3117BBE0" w14:textId="6C5BE0C3" w:rsidR="00E9400B" w:rsidRDefault="00E9400B" w:rsidP="00E9400B">
      <w:pPr>
        <w:shd w:val="clear" w:color="auto" w:fill="FFFFFF"/>
        <w:spacing w:after="0" w:line="240" w:lineRule="auto"/>
        <w:ind w:right="567"/>
        <w:contextualSpacing/>
        <w:outlineLvl w:val="0"/>
        <w:rPr>
          <w:bCs/>
          <w:lang w:val="ru-RU"/>
        </w:rPr>
      </w:pPr>
    </w:p>
    <w:p w14:paraId="1BCA8351" w14:textId="431C723F" w:rsidR="00E9400B" w:rsidRDefault="00E9400B" w:rsidP="00E9400B">
      <w:pPr>
        <w:shd w:val="clear" w:color="auto" w:fill="FFFFFF"/>
        <w:spacing w:after="0" w:line="240" w:lineRule="auto"/>
        <w:ind w:right="567"/>
        <w:contextualSpacing/>
        <w:outlineLvl w:val="0"/>
        <w:rPr>
          <w:bCs/>
          <w:lang w:val="ru-RU"/>
        </w:rPr>
      </w:pPr>
    </w:p>
    <w:p w14:paraId="3557C117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outlineLvl w:val="0"/>
        <w:rPr>
          <w:bCs/>
          <w:lang w:val="ru-RU"/>
        </w:rPr>
      </w:pPr>
      <w:bookmarkStart w:id="0" w:name="_GoBack"/>
      <w:bookmarkEnd w:id="0"/>
    </w:p>
    <w:p w14:paraId="768F3D4A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outlineLvl w:val="0"/>
        <w:rPr>
          <w:bCs/>
          <w:lang w:val="ru-RU"/>
        </w:rPr>
      </w:pPr>
    </w:p>
    <w:p w14:paraId="702F3392" w14:textId="77777777" w:rsidR="00E9400B" w:rsidRPr="00E9400B" w:rsidRDefault="00E9400B" w:rsidP="00E9400B">
      <w:pPr>
        <w:shd w:val="clear" w:color="auto" w:fill="FFFFFF"/>
        <w:spacing w:after="0" w:line="240" w:lineRule="auto"/>
        <w:ind w:right="567"/>
        <w:contextualSpacing/>
        <w:outlineLvl w:val="0"/>
        <w:rPr>
          <w:bCs/>
          <w:lang w:val="ru-RU"/>
        </w:rPr>
      </w:pPr>
    </w:p>
    <w:p w14:paraId="5DDA5343" w14:textId="5BB3AB5E" w:rsidR="00E9400B" w:rsidRPr="00E9400B" w:rsidRDefault="00E9400B" w:rsidP="00E9400B">
      <w:pPr>
        <w:shd w:val="clear" w:color="auto" w:fill="FFFFFF"/>
        <w:spacing w:after="0" w:line="240" w:lineRule="auto"/>
        <w:ind w:left="142" w:right="567"/>
        <w:contextualSpacing/>
        <w:jc w:val="center"/>
        <w:rPr>
          <w:bCs/>
          <w:lang w:val="ru-RU"/>
        </w:rPr>
      </w:pPr>
      <w:r w:rsidRPr="00E9400B">
        <w:rPr>
          <w:bCs/>
          <w:lang w:val="ru-RU"/>
        </w:rPr>
        <w:t>202</w:t>
      </w:r>
      <w:r>
        <w:rPr>
          <w:bCs/>
          <w:lang w:val="ru-RU"/>
        </w:rPr>
        <w:t>2</w:t>
      </w:r>
      <w:r>
        <w:rPr>
          <w:bCs/>
          <w:lang w:val="tt-RU"/>
        </w:rPr>
        <w:t xml:space="preserve"> </w:t>
      </w:r>
      <w:r w:rsidRPr="00E9400B">
        <w:rPr>
          <w:bCs/>
          <w:lang w:val="ru-RU"/>
        </w:rPr>
        <w:t>г.</w:t>
      </w:r>
    </w:p>
    <w:p w14:paraId="51D98617" w14:textId="77777777" w:rsidR="007B669E" w:rsidRPr="008A1AA6" w:rsidRDefault="007B669E">
      <w:pPr>
        <w:rPr>
          <w:lang w:val="ru-RU"/>
        </w:rPr>
        <w:sectPr w:rsidR="007B669E" w:rsidRPr="008A1AA6">
          <w:pgSz w:w="11900" w:h="16840"/>
          <w:pgMar w:top="298" w:right="868" w:bottom="296" w:left="1440" w:header="720" w:footer="720" w:gutter="0"/>
          <w:cols w:space="720" w:equalWidth="0">
            <w:col w:w="9592" w:space="0"/>
          </w:cols>
          <w:docGrid w:linePitch="360"/>
        </w:sectPr>
      </w:pPr>
    </w:p>
    <w:p w14:paraId="3050C9BA" w14:textId="77777777" w:rsidR="007B669E" w:rsidRPr="008A1AA6" w:rsidRDefault="007B669E">
      <w:pPr>
        <w:autoSpaceDE w:val="0"/>
        <w:autoSpaceDN w:val="0"/>
        <w:spacing w:after="216" w:line="220" w:lineRule="exact"/>
        <w:rPr>
          <w:lang w:val="ru-RU"/>
        </w:rPr>
      </w:pPr>
    </w:p>
    <w:p w14:paraId="2657ACCE" w14:textId="77777777" w:rsidR="007B669E" w:rsidRPr="008A1AA6" w:rsidRDefault="008A1AA6">
      <w:pPr>
        <w:autoSpaceDE w:val="0"/>
        <w:autoSpaceDN w:val="0"/>
        <w:spacing w:after="0" w:line="230" w:lineRule="auto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0C8D1236" w14:textId="2EBA50DC" w:rsidR="007B669E" w:rsidRPr="008A1AA6" w:rsidRDefault="008A1AA6" w:rsidP="00141FC5">
      <w:pPr>
        <w:tabs>
          <w:tab w:val="left" w:pos="142"/>
        </w:tabs>
        <w:autoSpaceDE w:val="0"/>
        <w:autoSpaceDN w:val="0"/>
        <w:spacing w:before="346" w:after="0" w:line="286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английскому языку для обучающихся 5 классов составлена на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основе«Требований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14:paraId="1B005E03" w14:textId="77777777" w:rsidR="007B669E" w:rsidRPr="008A1AA6" w:rsidRDefault="008A1AA6" w:rsidP="00141FC5">
      <w:pPr>
        <w:tabs>
          <w:tab w:val="left" w:pos="142"/>
        </w:tabs>
        <w:autoSpaceDE w:val="0"/>
        <w:autoSpaceDN w:val="0"/>
        <w:spacing w:before="264" w:after="0" w:line="262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«ИНОСТРАННЫЙ (АНГЛИЙСКИЙ) </w:t>
      </w:r>
      <w:proofErr w:type="gramStart"/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ЯЗЫК »</w:t>
      </w:r>
      <w:proofErr w:type="gramEnd"/>
    </w:p>
    <w:p w14:paraId="78235BFF" w14:textId="3CBCC896" w:rsidR="007B669E" w:rsidRPr="008A1AA6" w:rsidRDefault="008A1AA6" w:rsidP="00141FC5">
      <w:pPr>
        <w:tabs>
          <w:tab w:val="left" w:pos="142"/>
        </w:tabs>
        <w:autoSpaceDE w:val="0"/>
        <w:autoSpaceDN w:val="0"/>
        <w:spacing w:before="166" w:after="0" w:line="286" w:lineRule="auto"/>
        <w:ind w:left="567" w:right="288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14:paraId="7F8D4DB4" w14:textId="77777777" w:rsidR="007B669E" w:rsidRPr="008A1AA6" w:rsidRDefault="008A1AA6" w:rsidP="00141FC5">
      <w:pPr>
        <w:tabs>
          <w:tab w:val="left" w:pos="142"/>
        </w:tabs>
        <w:autoSpaceDE w:val="0"/>
        <w:autoSpaceDN w:val="0"/>
        <w:spacing w:before="190" w:after="0" w:line="281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14:paraId="6AEAED32" w14:textId="77777777" w:rsidR="007B669E" w:rsidRPr="008A1AA6" w:rsidRDefault="008A1AA6" w:rsidP="00141FC5">
      <w:pPr>
        <w:tabs>
          <w:tab w:val="left" w:pos="142"/>
        </w:tabs>
        <w:autoSpaceDE w:val="0"/>
        <w:autoSpaceDN w:val="0"/>
        <w:spacing w:before="70" w:after="0" w:line="281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14:paraId="519A8C47" w14:textId="3167F2F7" w:rsidR="007B669E" w:rsidRPr="008A1AA6" w:rsidRDefault="008A1AA6" w:rsidP="00141FC5">
      <w:pPr>
        <w:tabs>
          <w:tab w:val="left" w:pos="142"/>
        </w:tabs>
        <w:autoSpaceDE w:val="0"/>
        <w:autoSpaceDN w:val="0"/>
        <w:spacing w:before="190" w:after="0" w:line="281" w:lineRule="auto"/>
        <w:ind w:left="567" w:right="288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постглобализации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14:paraId="31045609" w14:textId="7100554C" w:rsidR="007B669E" w:rsidRDefault="008A1AA6" w:rsidP="00141FC5">
      <w:pPr>
        <w:tabs>
          <w:tab w:val="left" w:pos="142"/>
          <w:tab w:val="left" w:pos="180"/>
        </w:tabs>
        <w:autoSpaceDE w:val="0"/>
        <w:autoSpaceDN w:val="0"/>
        <w:spacing w:before="190" w:after="0" w:line="262" w:lineRule="auto"/>
        <w:ind w:left="567" w:right="-48" w:firstLine="28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</w:t>
      </w:r>
      <w:r w:rsidR="00141FC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приводит к переосмыслению целей и содержания обучения предмету.</w:t>
      </w:r>
    </w:p>
    <w:p w14:paraId="34D538D3" w14:textId="77777777" w:rsidR="00141FC5" w:rsidRPr="008A1AA6" w:rsidRDefault="00141FC5" w:rsidP="00141FC5">
      <w:pPr>
        <w:tabs>
          <w:tab w:val="left" w:pos="142"/>
          <w:tab w:val="left" w:pos="180"/>
        </w:tabs>
        <w:autoSpaceDE w:val="0"/>
        <w:autoSpaceDN w:val="0"/>
        <w:spacing w:before="190" w:after="0" w:line="262" w:lineRule="auto"/>
        <w:ind w:left="567" w:right="-48" w:firstLine="284"/>
        <w:jc w:val="both"/>
        <w:rPr>
          <w:lang w:val="ru-RU"/>
        </w:rPr>
      </w:pPr>
    </w:p>
    <w:p w14:paraId="0E6573BC" w14:textId="77777777" w:rsidR="007B669E" w:rsidRPr="008A1AA6" w:rsidRDefault="008A1AA6" w:rsidP="00141FC5">
      <w:pPr>
        <w:tabs>
          <w:tab w:val="left" w:pos="142"/>
        </w:tabs>
        <w:autoSpaceDE w:val="0"/>
        <w:autoSpaceDN w:val="0"/>
        <w:spacing w:before="262" w:after="0" w:line="230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(АНГЛИЙСКИЙ) ЯЗЫК»</w:t>
      </w:r>
    </w:p>
    <w:p w14:paraId="6B255C78" w14:textId="1DF943B0" w:rsidR="007B669E" w:rsidRPr="008A1AA6" w:rsidRDefault="008A1AA6" w:rsidP="00141FC5">
      <w:pPr>
        <w:tabs>
          <w:tab w:val="left" w:pos="142"/>
          <w:tab w:val="left" w:pos="180"/>
        </w:tabs>
        <w:autoSpaceDE w:val="0"/>
        <w:autoSpaceDN w:val="0"/>
        <w:spacing w:before="166" w:after="0" w:line="262" w:lineRule="auto"/>
        <w:ind w:left="567" w:right="144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  <w:r w:rsidR="00141FC5">
        <w:rPr>
          <w:lang w:val="ru-RU"/>
        </w:rPr>
        <w:t xml:space="preserve">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воплощаются в личностных, метапредметных/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общеучебных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14:paraId="414C7B73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190" w:after="0" w:line="288" w:lineRule="auto"/>
        <w:ind w:left="567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14:paraId="135961A8" w14:textId="6E07EE43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190" w:after="0" w:line="288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14:paraId="67041975" w14:textId="77777777" w:rsidR="007B669E" w:rsidRPr="008A1AA6" w:rsidRDefault="008A1AA6" w:rsidP="00141FC5">
      <w:pPr>
        <w:autoSpaceDE w:val="0"/>
        <w:autoSpaceDN w:val="0"/>
        <w:spacing w:before="190" w:after="0"/>
        <w:ind w:left="567" w:right="720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14:paraId="23519CE2" w14:textId="77777777" w:rsidR="007B669E" w:rsidRPr="008A1AA6" w:rsidRDefault="008A1AA6" w:rsidP="00141FC5">
      <w:pPr>
        <w:autoSpaceDE w:val="0"/>
        <w:autoSpaceDN w:val="0"/>
        <w:spacing w:before="190" w:after="0" w:line="283" w:lineRule="auto"/>
        <w:ind w:left="567" w:right="288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14:paraId="69CFD850" w14:textId="77777777" w:rsidR="00141FC5" w:rsidRDefault="00141FC5" w:rsidP="00141FC5">
      <w:pPr>
        <w:autoSpaceDE w:val="0"/>
        <w:autoSpaceDN w:val="0"/>
        <w:spacing w:before="264" w:after="0" w:line="262" w:lineRule="auto"/>
        <w:ind w:left="567" w:right="4176" w:firstLine="28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0CFC5BDA" w14:textId="0E036316" w:rsidR="007B669E" w:rsidRPr="008A1AA6" w:rsidRDefault="008A1AA6" w:rsidP="00141FC5">
      <w:pPr>
        <w:autoSpaceDE w:val="0"/>
        <w:autoSpaceDN w:val="0"/>
        <w:spacing w:before="264" w:after="0" w:line="262" w:lineRule="auto"/>
        <w:ind w:left="567" w:right="8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МЕСТО УЧЕБНОГО ПРЕДМЕТА В УЧЕБНОМ ПЛАНЕ</w:t>
      </w:r>
      <w:r w:rsidR="00141FC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«ИНОСТРАННЫЙ (АНГЛИЙСКИЙ) ЯЗЫК»</w:t>
      </w:r>
    </w:p>
    <w:p w14:paraId="485C7431" w14:textId="200611A9" w:rsidR="007B669E" w:rsidRPr="008A1AA6" w:rsidRDefault="008A1AA6" w:rsidP="00141FC5">
      <w:pPr>
        <w:autoSpaceDE w:val="0"/>
        <w:autoSpaceDN w:val="0"/>
        <w:spacing w:before="166" w:after="0" w:line="271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</w:t>
      </w:r>
      <w:r w:rsidR="00141FC5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тведено 102 учебных часа, по 3 часа в неделю.</w:t>
      </w:r>
    </w:p>
    <w:p w14:paraId="1DE245E8" w14:textId="77777777" w:rsidR="007B669E" w:rsidRPr="008A1AA6" w:rsidRDefault="007B669E" w:rsidP="00141FC5">
      <w:pPr>
        <w:ind w:left="567" w:firstLine="284"/>
        <w:jc w:val="both"/>
        <w:rPr>
          <w:lang w:val="ru-RU"/>
        </w:rPr>
        <w:sectPr w:rsidR="007B669E" w:rsidRPr="008A1AA6">
          <w:pgSz w:w="11900" w:h="16840"/>
          <w:pgMar w:top="286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14:paraId="0CA0A169" w14:textId="77777777" w:rsidR="007B669E" w:rsidRPr="008A1AA6" w:rsidRDefault="007B669E" w:rsidP="00141FC5">
      <w:pPr>
        <w:autoSpaceDE w:val="0"/>
        <w:autoSpaceDN w:val="0"/>
        <w:spacing w:after="78" w:line="220" w:lineRule="exact"/>
        <w:ind w:left="567" w:firstLine="284"/>
        <w:jc w:val="both"/>
        <w:rPr>
          <w:lang w:val="ru-RU"/>
        </w:rPr>
      </w:pPr>
    </w:p>
    <w:p w14:paraId="095D019B" w14:textId="77777777" w:rsidR="007B669E" w:rsidRPr="008A1AA6" w:rsidRDefault="008A1AA6" w:rsidP="00141FC5">
      <w:pPr>
        <w:autoSpaceDE w:val="0"/>
        <w:autoSpaceDN w:val="0"/>
        <w:spacing w:after="0" w:line="230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6445142A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346" w:after="0" w:line="271" w:lineRule="auto"/>
        <w:ind w:left="567" w:right="1152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</w:p>
    <w:p w14:paraId="50133D39" w14:textId="1A19A113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346" w:after="0" w:line="271" w:lineRule="auto"/>
        <w:ind w:left="567" w:right="9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0D208A1A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right="9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14:paraId="345ECB7B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94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14:paraId="33B104D4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right="9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14:paraId="2912F602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right="9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14:paraId="57747F05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2" w:after="0" w:line="262" w:lineRule="auto"/>
        <w:ind w:left="567" w:right="94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14:paraId="2B39C9EB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right="9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14:paraId="630413D0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right="9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14:paraId="2E78EB6E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71" w:lineRule="auto"/>
        <w:ind w:left="567" w:right="94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14:paraId="6FEC9EC5" w14:textId="4DB7BB3B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94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14:paraId="6393D42A" w14:textId="77777777" w:rsidR="007B669E" w:rsidRPr="008A1AA6" w:rsidRDefault="008A1AA6" w:rsidP="00141FC5">
      <w:pPr>
        <w:autoSpaceDE w:val="0"/>
        <w:autoSpaceDN w:val="0"/>
        <w:spacing w:before="70" w:after="0"/>
        <w:ind w:left="567" w:right="9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14:paraId="393F3EFA" w14:textId="77777777" w:rsidR="007B669E" w:rsidRPr="008A1AA6" w:rsidRDefault="008A1AA6" w:rsidP="00141FC5">
      <w:pPr>
        <w:autoSpaceDE w:val="0"/>
        <w:autoSpaceDN w:val="0"/>
        <w:spacing w:before="72" w:after="0" w:line="230" w:lineRule="auto"/>
        <w:ind w:left="567" w:right="9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14:paraId="3178E356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70" w:after="0" w:line="286" w:lineRule="auto"/>
        <w:ind w:left="567" w:right="94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</w:p>
    <w:p w14:paraId="4824F6D3" w14:textId="39718697" w:rsidR="00141FC5" w:rsidRPr="00141FC5" w:rsidRDefault="008A1AA6" w:rsidP="00141FC5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before="70" w:after="0" w:line="286" w:lineRule="auto"/>
        <w:ind w:right="94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141FC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</w:t>
      </w:r>
      <w:r w:rsidR="00141FC5" w:rsidRPr="00141FC5">
        <w:rPr>
          <w:rFonts w:ascii="Times New Roman" w:eastAsia="Times New Roman" w:hAnsi="Times New Roman"/>
          <w:color w:val="000000"/>
          <w:sz w:val="24"/>
          <w:lang w:val="ru-RU"/>
        </w:rPr>
        <w:t>устных связных монологических высказываний</w:t>
      </w:r>
      <w:r w:rsidRPr="00141FC5">
        <w:rPr>
          <w:rFonts w:ascii="Times New Roman" w:eastAsia="Times New Roman" w:hAnsi="Times New Roman"/>
          <w:color w:val="000000"/>
          <w:sz w:val="24"/>
          <w:lang w:val="ru-RU"/>
        </w:rPr>
        <w:t xml:space="preserve"> с использованием основных коммуникативных типов речи:</w:t>
      </w:r>
    </w:p>
    <w:p w14:paraId="63DF6808" w14:textId="77777777" w:rsidR="00141FC5" w:rsidRPr="00141FC5" w:rsidRDefault="008A1AA6" w:rsidP="00141FC5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before="70" w:after="0" w:line="286" w:lineRule="auto"/>
        <w:ind w:right="94"/>
        <w:jc w:val="both"/>
        <w:rPr>
          <w:lang w:val="ru-RU"/>
        </w:rPr>
      </w:pPr>
      <w:r w:rsidRPr="00141FC5">
        <w:rPr>
          <w:lang w:val="ru-RU"/>
        </w:rPr>
        <w:tab/>
      </w:r>
      <w:r w:rsidRPr="00141FC5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141FC5">
        <w:rPr>
          <w:lang w:val="ru-RU"/>
        </w:rPr>
        <w:br/>
      </w:r>
      <w:r w:rsidRPr="00141FC5">
        <w:rPr>
          <w:lang w:val="ru-RU"/>
        </w:rPr>
        <w:tab/>
      </w:r>
      <w:r w:rsidRPr="00141FC5">
        <w:rPr>
          <w:rFonts w:ascii="Times New Roman" w:eastAsia="Times New Roman" w:hAnsi="Times New Roman"/>
          <w:color w:val="000000"/>
          <w:sz w:val="24"/>
          <w:lang w:val="ru-RU"/>
        </w:rPr>
        <w:t>—   повествование/сообщение;</w:t>
      </w:r>
    </w:p>
    <w:p w14:paraId="6E147E11" w14:textId="77777777" w:rsidR="00141FC5" w:rsidRPr="00141FC5" w:rsidRDefault="008A1AA6" w:rsidP="00141FC5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before="70" w:after="0" w:line="286" w:lineRule="auto"/>
        <w:ind w:right="94"/>
        <w:jc w:val="both"/>
        <w:rPr>
          <w:lang w:val="ru-RU"/>
        </w:rPr>
      </w:pPr>
      <w:r w:rsidRPr="00141FC5">
        <w:rPr>
          <w:rFonts w:ascii="Times New Roman" w:eastAsia="Times New Roman" w:hAnsi="Times New Roman"/>
          <w:color w:val="000000"/>
          <w:sz w:val="24"/>
          <w:lang w:val="ru-RU"/>
        </w:rPr>
        <w:t xml:space="preserve">изложение (пересказ) основного содержания прочитанного текста; </w:t>
      </w:r>
    </w:p>
    <w:p w14:paraId="4A5FCFFE" w14:textId="609FD0A7" w:rsidR="007B669E" w:rsidRPr="00141FC5" w:rsidRDefault="008A1AA6" w:rsidP="00141FC5">
      <w:pPr>
        <w:pStyle w:val="ae"/>
        <w:numPr>
          <w:ilvl w:val="0"/>
          <w:numId w:val="10"/>
        </w:numPr>
        <w:tabs>
          <w:tab w:val="left" w:pos="180"/>
        </w:tabs>
        <w:autoSpaceDE w:val="0"/>
        <w:autoSpaceDN w:val="0"/>
        <w:spacing w:before="70" w:after="0" w:line="286" w:lineRule="auto"/>
        <w:ind w:right="94"/>
        <w:jc w:val="both"/>
        <w:rPr>
          <w:lang w:val="ru-RU"/>
        </w:rPr>
      </w:pPr>
      <w:r w:rsidRPr="00141FC5">
        <w:rPr>
          <w:rFonts w:ascii="Times New Roman" w:eastAsia="Times New Roman" w:hAnsi="Times New Roman"/>
          <w:color w:val="000000"/>
          <w:sz w:val="24"/>
          <w:lang w:val="ru-RU"/>
        </w:rPr>
        <w:t xml:space="preserve"> краткое изложение результатов выполненной проектной работы.</w:t>
      </w:r>
    </w:p>
    <w:p w14:paraId="58BB0E93" w14:textId="77777777" w:rsidR="007B669E" w:rsidRPr="008A1AA6" w:rsidRDefault="008A1AA6" w:rsidP="00141FC5">
      <w:pPr>
        <w:autoSpaceDE w:val="0"/>
        <w:autoSpaceDN w:val="0"/>
        <w:spacing w:before="70" w:after="0" w:line="271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14:paraId="1B2B0C4C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14:paraId="5D8392DA" w14:textId="77777777" w:rsidR="007B669E" w:rsidRPr="008A1AA6" w:rsidRDefault="007B669E" w:rsidP="00141FC5">
      <w:pPr>
        <w:ind w:left="567" w:firstLine="284"/>
        <w:jc w:val="both"/>
        <w:rPr>
          <w:lang w:val="ru-RU"/>
        </w:rPr>
        <w:sectPr w:rsidR="007B669E" w:rsidRPr="008A1AA6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BA5ADD5" w14:textId="77777777" w:rsidR="007B669E" w:rsidRPr="008A1AA6" w:rsidRDefault="007B669E" w:rsidP="00141FC5">
      <w:pPr>
        <w:autoSpaceDE w:val="0"/>
        <w:autoSpaceDN w:val="0"/>
        <w:spacing w:after="78" w:line="220" w:lineRule="exact"/>
        <w:ind w:left="567" w:firstLine="284"/>
        <w:jc w:val="both"/>
        <w:rPr>
          <w:lang w:val="ru-RU"/>
        </w:rPr>
      </w:pPr>
    </w:p>
    <w:p w14:paraId="05A54372" w14:textId="77777777" w:rsidR="00141FC5" w:rsidRDefault="008A1AA6" w:rsidP="00141FC5">
      <w:pPr>
        <w:tabs>
          <w:tab w:val="left" w:pos="180"/>
        </w:tabs>
        <w:autoSpaceDE w:val="0"/>
        <w:autoSpaceDN w:val="0"/>
        <w:spacing w:after="0" w:line="286" w:lineRule="auto"/>
        <w:ind w:left="567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аудирования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</w:p>
    <w:p w14:paraId="3E0A88CA" w14:textId="3E98C408" w:rsidR="007B669E" w:rsidRPr="008A1AA6" w:rsidRDefault="008A1AA6" w:rsidP="00141FC5">
      <w:pPr>
        <w:tabs>
          <w:tab w:val="left" w:pos="180"/>
        </w:tabs>
        <w:autoSpaceDE w:val="0"/>
        <w:autoSpaceDN w:val="0"/>
        <w:spacing w:after="0" w:line="286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вербальная/невербальная реакция на услышанное; 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14:paraId="352E8101" w14:textId="77777777" w:rsidR="007B669E" w:rsidRPr="008A1AA6" w:rsidRDefault="008A1AA6" w:rsidP="00141FC5">
      <w:pPr>
        <w:autoSpaceDE w:val="0"/>
        <w:autoSpaceDN w:val="0"/>
        <w:spacing w:before="72" w:after="0" w:line="271" w:lineRule="auto"/>
        <w:ind w:left="567" w:right="9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14:paraId="5417D21D" w14:textId="77777777" w:rsidR="007B669E" w:rsidRPr="008A1AA6" w:rsidRDefault="008A1AA6" w:rsidP="00141FC5">
      <w:pPr>
        <w:autoSpaceDE w:val="0"/>
        <w:autoSpaceDN w:val="0"/>
        <w:spacing w:before="70" w:after="0" w:line="271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запрашиваемой информации предполагает умение выделять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14:paraId="30E478B4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288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47F766E2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Время звучания текста/текстов для аудирования — до 1 минуты.</w:t>
      </w:r>
    </w:p>
    <w:p w14:paraId="1A28DF2B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190" w:after="0" w:line="281" w:lineRule="auto"/>
        <w:ind w:left="567" w:right="432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</w:p>
    <w:p w14:paraId="7932CF9A" w14:textId="160A09DB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190" w:after="0" w:line="281" w:lineRule="auto"/>
        <w:ind w:left="567" w:right="432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2D534F8B" w14:textId="2D062879" w:rsidR="007B669E" w:rsidRPr="008A1AA6" w:rsidRDefault="008A1AA6" w:rsidP="00141FC5">
      <w:pPr>
        <w:autoSpaceDE w:val="0"/>
        <w:autoSpaceDN w:val="0"/>
        <w:spacing w:before="70" w:after="0" w:line="271" w:lineRule="auto"/>
        <w:ind w:left="567" w:right="432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14:paraId="701F4010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71" w:lineRule="auto"/>
        <w:ind w:left="567" w:right="288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14:paraId="79E9AB55" w14:textId="77777777" w:rsidR="007B669E" w:rsidRPr="008A1AA6" w:rsidRDefault="008A1AA6" w:rsidP="00141FC5">
      <w:pPr>
        <w:autoSpaceDE w:val="0"/>
        <w:autoSpaceDN w:val="0"/>
        <w:spacing w:before="72" w:after="0" w:line="271" w:lineRule="auto"/>
        <w:ind w:left="567" w:right="102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</w:p>
    <w:p w14:paraId="145ED018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14:paraId="1461F812" w14:textId="4A4B8EF5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190" w:after="0" w:line="286" w:lineRule="auto"/>
        <w:ind w:left="567" w:right="288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14:paraId="0D768BBB" w14:textId="77777777" w:rsidR="007B669E" w:rsidRPr="008A1AA6" w:rsidRDefault="007B669E" w:rsidP="00141FC5">
      <w:pPr>
        <w:ind w:left="567" w:firstLine="284"/>
        <w:jc w:val="both"/>
        <w:rPr>
          <w:lang w:val="ru-RU"/>
        </w:rPr>
        <w:sectPr w:rsidR="007B669E" w:rsidRPr="008A1AA6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14:paraId="17DB3976" w14:textId="77777777" w:rsidR="007B669E" w:rsidRPr="008A1AA6" w:rsidRDefault="007B669E" w:rsidP="00141FC5">
      <w:pPr>
        <w:autoSpaceDE w:val="0"/>
        <w:autoSpaceDN w:val="0"/>
        <w:spacing w:after="78" w:line="220" w:lineRule="exact"/>
        <w:ind w:left="567" w:firstLine="284"/>
        <w:jc w:val="both"/>
        <w:rPr>
          <w:lang w:val="ru-RU"/>
        </w:rPr>
      </w:pPr>
    </w:p>
    <w:p w14:paraId="3A660376" w14:textId="77777777" w:rsidR="00141FC5" w:rsidRDefault="008A1AA6" w:rsidP="00141FC5">
      <w:pPr>
        <w:tabs>
          <w:tab w:val="left" w:pos="180"/>
        </w:tabs>
        <w:autoSpaceDE w:val="0"/>
        <w:autoSpaceDN w:val="0"/>
        <w:spacing w:after="0" w:line="281" w:lineRule="auto"/>
        <w:ind w:left="567" w:right="144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</w:p>
    <w:p w14:paraId="1E123520" w14:textId="77777777" w:rsidR="00141FC5" w:rsidRDefault="008A1AA6" w:rsidP="00141FC5">
      <w:pPr>
        <w:tabs>
          <w:tab w:val="left" w:pos="180"/>
        </w:tabs>
        <w:autoSpaceDE w:val="0"/>
        <w:autoSpaceDN w:val="0"/>
        <w:spacing w:after="0" w:line="281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</w:p>
    <w:p w14:paraId="50382401" w14:textId="620CBF42" w:rsidR="007B669E" w:rsidRPr="008A1AA6" w:rsidRDefault="008A1AA6" w:rsidP="00141FC5">
      <w:pPr>
        <w:tabs>
          <w:tab w:val="left" w:pos="180"/>
        </w:tabs>
        <w:autoSpaceDE w:val="0"/>
        <w:autoSpaceDN w:val="0"/>
        <w:spacing w:after="0" w:line="281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Различение на  слух  и  адекватное,  без  ошибок, 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14:paraId="14CA26CA" w14:textId="77777777" w:rsidR="007B669E" w:rsidRPr="008A1AA6" w:rsidRDefault="008A1AA6" w:rsidP="00141FC5">
      <w:pPr>
        <w:autoSpaceDE w:val="0"/>
        <w:autoSpaceDN w:val="0"/>
        <w:spacing w:before="70" w:after="0" w:line="271" w:lineRule="auto"/>
        <w:ind w:left="567" w:right="86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14:paraId="2A3EC07E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62" w:lineRule="auto"/>
        <w:ind w:left="567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14:paraId="446B6296" w14:textId="77777777" w:rsidR="007B669E" w:rsidRPr="008A1AA6" w:rsidRDefault="008A1AA6" w:rsidP="00141FC5">
      <w:pPr>
        <w:autoSpaceDE w:val="0"/>
        <w:autoSpaceDN w:val="0"/>
        <w:spacing w:before="72" w:after="0" w:line="230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14:paraId="637D6A8D" w14:textId="77777777" w:rsidR="00141FC5" w:rsidRDefault="008A1AA6" w:rsidP="00141FC5">
      <w:pPr>
        <w:autoSpaceDE w:val="0"/>
        <w:autoSpaceDN w:val="0"/>
        <w:spacing w:before="190" w:after="0" w:line="262" w:lineRule="auto"/>
        <w:ind w:left="567" w:right="4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</w:p>
    <w:p w14:paraId="66B1F2E6" w14:textId="4738A777" w:rsidR="007B669E" w:rsidRPr="008A1AA6" w:rsidRDefault="008A1AA6" w:rsidP="00141FC5">
      <w:pPr>
        <w:autoSpaceDE w:val="0"/>
        <w:autoSpaceDN w:val="0"/>
        <w:spacing w:before="190" w:after="0" w:line="262" w:lineRule="auto"/>
        <w:ind w:left="567" w:right="4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14:paraId="53C05CA9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62" w:lineRule="auto"/>
        <w:ind w:left="567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14:paraId="15AFA9F2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66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14:paraId="76612A92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190" w:after="0" w:line="281" w:lineRule="auto"/>
        <w:ind w:left="567" w:right="288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</w:p>
    <w:p w14:paraId="0F1767A2" w14:textId="2068FA90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190" w:after="0" w:line="281" w:lineRule="auto"/>
        <w:ind w:left="567" w:right="6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0FEF669B" w14:textId="77777777" w:rsidR="007B669E" w:rsidRPr="008A1AA6" w:rsidRDefault="008A1AA6" w:rsidP="00141FC5">
      <w:pPr>
        <w:autoSpaceDE w:val="0"/>
        <w:autoSpaceDN w:val="0"/>
        <w:spacing w:before="70" w:after="0" w:line="271" w:lineRule="auto"/>
        <w:ind w:left="567" w:right="6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14:paraId="3D9E7E4F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70" w:after="0" w:line="286" w:lineRule="auto"/>
        <w:ind w:left="567" w:right="144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аффиксация: </w:t>
      </w:r>
    </w:p>
    <w:p w14:paraId="4CD599DD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70" w:after="0" w:line="286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cussion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14:paraId="6E3FF6FD" w14:textId="74BE8A89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86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</w:t>
      </w:r>
      <w:proofErr w:type="gram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имён  прилагательных</w:t>
      </w:r>
      <w:proofErr w:type="gram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54B261B9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720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</w:p>
    <w:p w14:paraId="26F327F8" w14:textId="4247B9DE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190" w:after="0" w:line="271" w:lineRule="auto"/>
        <w:ind w:left="567" w:right="6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595129D6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right="6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14:paraId="19BEE14B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66" w:firstLine="284"/>
        <w:jc w:val="both"/>
        <w:rPr>
          <w:lang w:val="ru-RU"/>
        </w:rPr>
      </w:pPr>
      <w:r w:rsidRPr="008A1AA6">
        <w:rPr>
          <w:lang w:val="ru-RU"/>
        </w:rPr>
        <w:lastRenderedPageBreak/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14:paraId="4AD5B8F6" w14:textId="5A5BDB82" w:rsidR="007B669E" w:rsidRPr="008A1AA6" w:rsidRDefault="008A1AA6" w:rsidP="00141FC5">
      <w:pPr>
        <w:autoSpaceDE w:val="0"/>
        <w:autoSpaceDN w:val="0"/>
        <w:spacing w:before="70" w:after="0" w:line="271" w:lineRule="auto"/>
        <w:ind w:left="567" w:right="144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proofErr w:type="gram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-временных</w:t>
      </w:r>
      <w:proofErr w:type="gram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14:paraId="7F8AC314" w14:textId="57019ADB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существительные, имеющие</w:t>
      </w:r>
      <w:r w:rsidR="00141FC5">
        <w:rPr>
          <w:lang w:val="ru-RU"/>
        </w:rPr>
        <w:t xml:space="preserve">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форму только множественного числа.</w:t>
      </w:r>
    </w:p>
    <w:p w14:paraId="096AD93E" w14:textId="77777777" w:rsidR="007B669E" w:rsidRPr="008A1AA6" w:rsidRDefault="008A1AA6" w:rsidP="00141FC5">
      <w:pPr>
        <w:autoSpaceDE w:val="0"/>
        <w:autoSpaceDN w:val="0"/>
        <w:spacing w:before="70" w:after="0" w:line="230" w:lineRule="auto"/>
        <w:ind w:left="567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14:paraId="631CE67B" w14:textId="77777777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288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14:paraId="6A569BD3" w14:textId="77777777" w:rsidR="00141FC5" w:rsidRDefault="008A1AA6" w:rsidP="00141FC5">
      <w:pPr>
        <w:tabs>
          <w:tab w:val="left" w:pos="180"/>
        </w:tabs>
        <w:autoSpaceDE w:val="0"/>
        <w:autoSpaceDN w:val="0"/>
        <w:spacing w:before="190" w:after="0"/>
        <w:ind w:left="567" w:right="288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</w:p>
    <w:p w14:paraId="66C2D70C" w14:textId="3BBD5AF1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190" w:after="0"/>
        <w:ind w:left="567" w:right="6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14:paraId="5BC0C372" w14:textId="77777777" w:rsidR="007B669E" w:rsidRPr="008A1AA6" w:rsidRDefault="008A1AA6" w:rsidP="00141FC5">
      <w:pPr>
        <w:autoSpaceDE w:val="0"/>
        <w:autoSpaceDN w:val="0"/>
        <w:spacing w:before="70" w:after="0" w:line="271" w:lineRule="auto"/>
        <w:ind w:left="567" w:right="6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14:paraId="0D16CF53" w14:textId="17A4EA69" w:rsidR="007B669E" w:rsidRPr="008A1AA6" w:rsidRDefault="008A1AA6" w:rsidP="00141FC5">
      <w:pPr>
        <w:autoSpaceDE w:val="0"/>
        <w:autoSpaceDN w:val="0"/>
        <w:spacing w:before="72" w:after="0" w:line="281" w:lineRule="auto"/>
        <w:ind w:left="567" w:right="6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14:paraId="3F1C4DA3" w14:textId="753CAB86" w:rsidR="007B669E" w:rsidRPr="008A1AA6" w:rsidRDefault="008A1AA6" w:rsidP="00141FC5">
      <w:pPr>
        <w:tabs>
          <w:tab w:val="left" w:pos="180"/>
        </w:tabs>
        <w:autoSpaceDE w:val="0"/>
        <w:autoSpaceDN w:val="0"/>
        <w:spacing w:before="70" w:after="0" w:line="283" w:lineRule="auto"/>
        <w:ind w:left="567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писать свои имя и фамилию, а также имена и фамилии своих родственников и друзей на английском языке; правильно оформлять свой адрес на английском языке (в анкете, формуляре); кратко представлять Россию и страну/страны изучаемого языка;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14:paraId="356A9029" w14:textId="77777777" w:rsidR="00141FC5" w:rsidRDefault="008A1AA6" w:rsidP="00141FC5">
      <w:pPr>
        <w:autoSpaceDE w:val="0"/>
        <w:autoSpaceDN w:val="0"/>
        <w:spacing w:before="190" w:after="0" w:line="262" w:lineRule="auto"/>
        <w:ind w:left="567" w:right="864" w:firstLine="284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14:paraId="3BDB3FAE" w14:textId="1510827C" w:rsidR="007B669E" w:rsidRPr="008A1AA6" w:rsidRDefault="008A1AA6" w:rsidP="00760336">
      <w:pPr>
        <w:autoSpaceDE w:val="0"/>
        <w:autoSpaceDN w:val="0"/>
        <w:spacing w:before="190" w:after="0" w:line="262" w:lineRule="auto"/>
        <w:ind w:left="567" w:right="66" w:firstLine="284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языковой, в том числе контекстуальной, догадки.</w:t>
      </w:r>
    </w:p>
    <w:p w14:paraId="6526CB67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66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14:paraId="1C561C6A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62" w:lineRule="auto"/>
        <w:ind w:left="567" w:right="66" w:firstLine="284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2E8CDADC" w14:textId="77777777" w:rsidR="007B669E" w:rsidRPr="008A1AA6" w:rsidRDefault="007B669E">
      <w:pPr>
        <w:rPr>
          <w:lang w:val="ru-RU"/>
        </w:rPr>
        <w:sectPr w:rsidR="007B669E" w:rsidRPr="008A1AA6">
          <w:pgSz w:w="11900" w:h="16840"/>
          <w:pgMar w:top="286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14:paraId="6CB50748" w14:textId="77777777" w:rsidR="007B669E" w:rsidRPr="008A1AA6" w:rsidRDefault="007B669E" w:rsidP="00760336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14:paraId="77E53B6E" w14:textId="77777777" w:rsidR="007B669E" w:rsidRPr="008A1AA6" w:rsidRDefault="008A1AA6" w:rsidP="00760336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3025E8EB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346" w:after="0" w:line="262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Изучение английского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9653FE3" w14:textId="77777777" w:rsidR="007B669E" w:rsidRPr="008A1AA6" w:rsidRDefault="008A1AA6" w:rsidP="00760336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7C50A9FF" w14:textId="77777777" w:rsidR="007B669E" w:rsidRPr="008A1AA6" w:rsidRDefault="008A1AA6" w:rsidP="00760336">
      <w:pPr>
        <w:autoSpaceDE w:val="0"/>
        <w:autoSpaceDN w:val="0"/>
        <w:spacing w:before="166" w:after="0" w:line="281" w:lineRule="auto"/>
        <w:ind w:firstLine="180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762B00EB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92" w:after="0" w:line="288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</w:p>
    <w:p w14:paraId="756EA3D2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92" w:after="0" w:line="288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</w:p>
    <w:p w14:paraId="3D96A73B" w14:textId="4CB03042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92" w:after="0" w:line="288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ней).</w:t>
      </w:r>
    </w:p>
    <w:p w14:paraId="579A4532" w14:textId="6FA97569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545D62EF" w14:textId="7F1B0C24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1DA94783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/>
        <w:jc w:val="both"/>
        <w:rPr>
          <w:lang w:val="ru-RU"/>
        </w:rPr>
      </w:pPr>
      <w:r w:rsidRPr="008A1AA6">
        <w:rPr>
          <w:lang w:val="ru-RU"/>
        </w:rPr>
        <w:tab/>
      </w:r>
      <w:proofErr w:type="spellStart"/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proofErr w:type="spellEnd"/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02293A85" w14:textId="77777777" w:rsidR="007B669E" w:rsidRPr="008A1AA6" w:rsidRDefault="007B669E" w:rsidP="00760336">
      <w:pPr>
        <w:jc w:val="both"/>
        <w:rPr>
          <w:lang w:val="ru-RU"/>
        </w:rPr>
        <w:sectPr w:rsidR="007B669E" w:rsidRPr="008A1AA6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2B6B033" w14:textId="77777777" w:rsidR="007B669E" w:rsidRPr="008A1AA6" w:rsidRDefault="007B669E" w:rsidP="00760336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14:paraId="35924AA1" w14:textId="1FF6F8FF" w:rsidR="007B669E" w:rsidRPr="008A1AA6" w:rsidRDefault="008A1AA6" w:rsidP="00760336">
      <w:pPr>
        <w:tabs>
          <w:tab w:val="left" w:pos="180"/>
        </w:tabs>
        <w:autoSpaceDE w:val="0"/>
        <w:autoSpaceDN w:val="0"/>
        <w:spacing w:after="0" w:line="271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14:paraId="4845D282" w14:textId="77BFE56C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88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14:paraId="39A99720" w14:textId="4AA24789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88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A176E8F" w14:textId="62514ABC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2" w:after="0" w:line="286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042C6971" w14:textId="37F17E4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  <w:sectPr w:rsidR="007B669E" w:rsidRPr="008A1AA6">
          <w:pgSz w:w="11900" w:h="16840"/>
          <w:pgMar w:top="298" w:right="640" w:bottom="428" w:left="666" w:header="720" w:footer="720" w:gutter="0"/>
          <w:cols w:space="720" w:equalWidth="0">
            <w:col w:w="10594" w:space="0"/>
          </w:cols>
          <w:docGrid w:linePitch="360"/>
        </w:sect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установк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на</w:t>
      </w:r>
      <w:r w:rsidR="007603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осмысление опыта</w:t>
      </w:r>
    </w:p>
    <w:p w14:paraId="446AFFA9" w14:textId="77777777" w:rsidR="007B669E" w:rsidRPr="008A1AA6" w:rsidRDefault="008A1AA6" w:rsidP="00760336">
      <w:pPr>
        <w:autoSpaceDE w:val="0"/>
        <w:autoSpaceDN w:val="0"/>
        <w:spacing w:after="0" w:line="262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наблюдений, поступков и стремление совершенствовать пути достижения индивидуального и коллективного благополучия.</w:t>
      </w:r>
    </w:p>
    <w:p w14:paraId="57DED088" w14:textId="752CA1EE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90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Личностные результаты, обеспечивающие адаптацию </w:t>
      </w:r>
      <w:proofErr w:type="spellStart"/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обучающегосяк</w:t>
      </w:r>
      <w:proofErr w:type="spellEnd"/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изменяющимся условиям социальной и природной среды, включают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деятельности, а также в рамках социального взаимодействия с людьми из другой культурной среды;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взаимодействовать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19F2DEF4" w14:textId="77777777" w:rsidR="007B669E" w:rsidRPr="008A1AA6" w:rsidRDefault="008A1AA6" w:rsidP="00760336">
      <w:pPr>
        <w:autoSpaceDE w:val="0"/>
        <w:autoSpaceDN w:val="0"/>
        <w:spacing w:before="264" w:after="0" w:line="23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1BC57AF7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68" w:after="0" w:line="288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Метапредметные результаты освоения программы основного общего образования, в том числе адаптированной, должны отражать: </w:t>
      </w:r>
    </w:p>
    <w:p w14:paraId="4E3E7B2D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68" w:after="0" w:line="288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</w:p>
    <w:p w14:paraId="23A0BE49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68" w:after="0" w:line="288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</w:p>
    <w:p w14:paraId="155FFF8C" w14:textId="606A3FC9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68" w:after="0" w:line="288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информации, данных, необходимых для решения поставленной задачи;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EDB6D96" w14:textId="77777777" w:rsidR="007B669E" w:rsidRPr="008A1AA6" w:rsidRDefault="007B669E" w:rsidP="00760336">
      <w:pPr>
        <w:jc w:val="both"/>
        <w:rPr>
          <w:lang w:val="ru-RU"/>
        </w:rPr>
        <w:sectPr w:rsidR="007B669E" w:rsidRPr="008A1AA6">
          <w:pgSz w:w="11900" w:h="16840"/>
          <w:pgMar w:top="286" w:right="654" w:bottom="296" w:left="666" w:header="720" w:footer="720" w:gutter="0"/>
          <w:cols w:space="720" w:equalWidth="0">
            <w:col w:w="10580" w:space="0"/>
          </w:cols>
          <w:docGrid w:linePitch="360"/>
        </w:sectPr>
      </w:pPr>
    </w:p>
    <w:p w14:paraId="6307D128" w14:textId="77777777" w:rsidR="007B669E" w:rsidRPr="008A1AA6" w:rsidRDefault="007B669E" w:rsidP="00760336">
      <w:pPr>
        <w:autoSpaceDE w:val="0"/>
        <w:autoSpaceDN w:val="0"/>
        <w:spacing w:after="90" w:line="220" w:lineRule="exact"/>
        <w:jc w:val="both"/>
        <w:rPr>
          <w:lang w:val="ru-RU"/>
        </w:rPr>
      </w:pPr>
    </w:p>
    <w:p w14:paraId="02AC4158" w14:textId="77777777" w:rsidR="00760336" w:rsidRDefault="008A1AA6" w:rsidP="00760336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</w:p>
    <w:p w14:paraId="41EDE9C6" w14:textId="77777777" w:rsidR="00760336" w:rsidRDefault="008A1AA6" w:rsidP="00760336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 </w:t>
      </w:r>
    </w:p>
    <w:p w14:paraId="41CE7C4A" w14:textId="77777777" w:rsidR="00760336" w:rsidRDefault="008A1AA6" w:rsidP="00760336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14:paraId="7C20FB57" w14:textId="77777777" w:rsidR="00760336" w:rsidRDefault="008A1AA6" w:rsidP="00760336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14:paraId="6C023536" w14:textId="77777777" w:rsidR="00760336" w:rsidRDefault="008A1AA6" w:rsidP="00760336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педагогическим работником или сформулированным самостоятельно; </w:t>
      </w:r>
    </w:p>
    <w:p w14:paraId="3DEFD82D" w14:textId="15BC1870" w:rsidR="007B669E" w:rsidRPr="008A1AA6" w:rsidRDefault="008A1AA6" w:rsidP="00760336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14:paraId="35451EB9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2" w:after="0" w:line="262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18299228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</w:p>
    <w:p w14:paraId="451F9402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14:paraId="37B87A05" w14:textId="4E12DFC6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B2DF15A" w14:textId="77777777" w:rsidR="007B669E" w:rsidRPr="008A1AA6" w:rsidRDefault="007B669E" w:rsidP="00760336">
      <w:pPr>
        <w:jc w:val="both"/>
        <w:rPr>
          <w:lang w:val="ru-RU"/>
        </w:rPr>
        <w:sectPr w:rsidR="007B669E" w:rsidRPr="008A1AA6">
          <w:pgSz w:w="11900" w:h="16840"/>
          <w:pgMar w:top="310" w:right="822" w:bottom="356" w:left="666" w:header="720" w:footer="720" w:gutter="0"/>
          <w:cols w:space="720" w:equalWidth="0">
            <w:col w:w="10412" w:space="0"/>
          </w:cols>
          <w:docGrid w:linePitch="360"/>
        </w:sectPr>
      </w:pPr>
    </w:p>
    <w:p w14:paraId="6C90D3DF" w14:textId="77777777" w:rsidR="007B669E" w:rsidRPr="008A1AA6" w:rsidRDefault="007B669E" w:rsidP="00760336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14:paraId="14786BE2" w14:textId="77777777" w:rsidR="00760336" w:rsidRDefault="008A1AA6" w:rsidP="00760336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</w:p>
    <w:p w14:paraId="0B1D0B79" w14:textId="060BF57F" w:rsidR="007B669E" w:rsidRPr="008A1AA6" w:rsidRDefault="008A1AA6" w:rsidP="00760336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</w:t>
      </w:r>
      <w:r w:rsidR="007603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44DE55D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0E08F1E9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90" w:after="0" w:line="290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делать выбор и брать ответственность за решение;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соответствие результата цели и условиям; </w:t>
      </w:r>
    </w:p>
    <w:p w14:paraId="6B651AC4" w14:textId="045A0F48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90" w:after="0" w:line="29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14:paraId="6BB86795" w14:textId="37D3C41C" w:rsidR="007B669E" w:rsidRPr="008A1AA6" w:rsidRDefault="008A1AA6" w:rsidP="00760336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человеку, его мнению; признавать своё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право на ошибку и такое же право другого; принимать себя и других, не осуждая;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открытость себе и другим; осознавать невозможность контролировать всё вокруг.</w:t>
      </w:r>
    </w:p>
    <w:p w14:paraId="1C6A9E84" w14:textId="77777777" w:rsidR="007B669E" w:rsidRPr="008A1AA6" w:rsidRDefault="008A1AA6" w:rsidP="00760336">
      <w:pPr>
        <w:autoSpaceDE w:val="0"/>
        <w:autoSpaceDN w:val="0"/>
        <w:spacing w:before="70" w:after="0" w:line="274" w:lineRule="auto"/>
        <w:ind w:firstLine="180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414FEA45" w14:textId="77777777" w:rsidR="007B669E" w:rsidRPr="008A1AA6" w:rsidRDefault="008A1AA6" w:rsidP="00760336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31DB3B60" w14:textId="77777777" w:rsidR="007B669E" w:rsidRPr="008A1AA6" w:rsidRDefault="008A1AA6" w:rsidP="00760336">
      <w:pPr>
        <w:autoSpaceDE w:val="0"/>
        <w:autoSpaceDN w:val="0"/>
        <w:spacing w:before="166" w:after="0" w:line="281" w:lineRule="auto"/>
        <w:ind w:firstLine="180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допороговом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14:paraId="42819157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90" w:after="0" w:line="290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 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5-6 фраз); кратко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 выполненной проектной работы (объём — до 6 фраз);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аудирование: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proofErr w:type="spellStart"/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смысловоечтение</w:t>
      </w:r>
      <w:proofErr w:type="spellEnd"/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(таблицы) и понимать представленную в них информацию;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14:paraId="7582DE15" w14:textId="737DDC49" w:rsidR="007B669E" w:rsidRPr="008A1AA6" w:rsidRDefault="008A1AA6" w:rsidP="00760336">
      <w:pPr>
        <w:autoSpaceDE w:val="0"/>
        <w:autoSpaceDN w:val="0"/>
        <w:spacing w:before="190" w:after="0" w:line="271" w:lineRule="auto"/>
        <w:ind w:firstLine="180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отсутствия фразового ударения на</w:t>
      </w:r>
      <w:r w:rsidR="00760336">
        <w:rPr>
          <w:lang w:val="ru-RU"/>
        </w:rPr>
        <w:t xml:space="preserve">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служебных словах;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8A1AA6">
        <w:rPr>
          <w:lang w:val="ru-RU"/>
        </w:rPr>
        <w:br/>
      </w:r>
      <w:r w:rsidRPr="008A1AA6">
        <w:rPr>
          <w:lang w:val="ru-RU"/>
        </w:rPr>
        <w:lastRenderedPageBreak/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навыками:</w:t>
      </w:r>
      <w:r w:rsidR="0076033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14:paraId="388EBC3F" w14:textId="3EE36981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675 лексических единиц (слов, словосочетаний, речевых клише) и правильно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</w:p>
    <w:p w14:paraId="64422DE9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 </w:t>
      </w:r>
      <w:proofErr w:type="spellStart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-временных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</w:p>
    <w:p w14:paraId="56D89706" w14:textId="3CEA5FBD" w:rsidR="007B669E" w:rsidRPr="008A1AA6" w:rsidRDefault="00760336" w:rsidP="00760336">
      <w:pPr>
        <w:tabs>
          <w:tab w:val="left" w:pos="180"/>
        </w:tabs>
        <w:autoSpaceDE w:val="0"/>
        <w:autoSpaceDN w:val="0"/>
        <w:spacing w:before="190" w:after="0" w:line="288" w:lineRule="auto"/>
        <w:jc w:val="both"/>
        <w:rPr>
          <w:lang w:val="ru-RU"/>
        </w:rPr>
      </w:pPr>
      <w:r>
        <w:rPr>
          <w:lang w:val="ru-RU"/>
        </w:rPr>
        <w:t xml:space="preserve">  </w:t>
      </w:r>
      <w:r w:rsidR="008A1AA6" w:rsidRPr="008A1AA6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="008A1AA6" w:rsidRPr="008A1AA6">
        <w:rPr>
          <w:lang w:val="ru-RU"/>
        </w:rPr>
        <w:br/>
      </w:r>
      <w:r w:rsidR="008A1AA6" w:rsidRPr="008A1AA6">
        <w:rPr>
          <w:lang w:val="ru-RU"/>
        </w:rPr>
        <w:tab/>
      </w:r>
      <w:r w:rsidR="008A1AA6" w:rsidRPr="008A1AA6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</w:p>
    <w:p w14:paraId="01614718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8A1AA6">
        <w:rPr>
          <w:lang w:val="ru-RU"/>
        </w:rPr>
        <w:br/>
      </w: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</w:p>
    <w:p w14:paraId="5C8CEAB6" w14:textId="77777777" w:rsidR="00760336" w:rsidRDefault="008A1AA6" w:rsidP="00760336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</w:p>
    <w:p w14:paraId="4E26AEB9" w14:textId="64A301E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14:paraId="209522D4" w14:textId="36D00529" w:rsidR="007B669E" w:rsidRPr="008A1AA6" w:rsidRDefault="008A1AA6" w:rsidP="00760336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8A1AA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компенсаторными умениями: использовать при чтении и аудировании языковую</w:t>
      </w:r>
      <w:r w:rsidR="00760336">
        <w:rPr>
          <w:lang w:val="ru-RU"/>
        </w:rPr>
        <w:t xml:space="preserve"> </w:t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14:paraId="1465E108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8A1AA6">
        <w:rPr>
          <w:lang w:val="ru-RU"/>
        </w:rPr>
        <w:lastRenderedPageBreak/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14:paraId="2376A45C" w14:textId="77777777" w:rsidR="007B669E" w:rsidRPr="008A1AA6" w:rsidRDefault="008A1AA6" w:rsidP="00760336">
      <w:pPr>
        <w:tabs>
          <w:tab w:val="left" w:pos="180"/>
        </w:tabs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8A1AA6">
        <w:rPr>
          <w:lang w:val="ru-RU"/>
        </w:rPr>
        <w:tab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14:paraId="198C1698" w14:textId="77777777" w:rsidR="007B669E" w:rsidRPr="008A1AA6" w:rsidRDefault="007B669E">
      <w:pPr>
        <w:rPr>
          <w:lang w:val="ru-RU"/>
        </w:rPr>
        <w:sectPr w:rsidR="007B669E" w:rsidRPr="008A1AA6">
          <w:pgSz w:w="11900" w:h="16840"/>
          <w:pgMar w:top="286" w:right="728" w:bottom="1440" w:left="666" w:header="720" w:footer="720" w:gutter="0"/>
          <w:cols w:space="720" w:equalWidth="0">
            <w:col w:w="10506" w:space="0"/>
          </w:cols>
          <w:docGrid w:linePitch="360"/>
        </w:sectPr>
      </w:pPr>
    </w:p>
    <w:p w14:paraId="2E4B8F66" w14:textId="77777777" w:rsidR="007B669E" w:rsidRPr="008A1AA6" w:rsidRDefault="007B669E">
      <w:pPr>
        <w:autoSpaceDE w:val="0"/>
        <w:autoSpaceDN w:val="0"/>
        <w:spacing w:after="64" w:line="220" w:lineRule="exact"/>
        <w:rPr>
          <w:lang w:val="ru-RU"/>
        </w:rPr>
      </w:pPr>
    </w:p>
    <w:p w14:paraId="23C90F27" w14:textId="77777777" w:rsidR="007B669E" w:rsidRDefault="008A1AA6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6964"/>
        <w:gridCol w:w="528"/>
        <w:gridCol w:w="1106"/>
        <w:gridCol w:w="1140"/>
        <w:gridCol w:w="876"/>
        <w:gridCol w:w="1382"/>
        <w:gridCol w:w="1080"/>
        <w:gridCol w:w="2042"/>
      </w:tblGrid>
      <w:tr w:rsidR="007B669E" w14:paraId="2FF611EA" w14:textId="77777777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70F80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A9483" w14:textId="77777777" w:rsidR="007B669E" w:rsidRPr="008A1AA6" w:rsidRDefault="008A1A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05EE6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57A65" w14:textId="77777777" w:rsidR="007B669E" w:rsidRDefault="008A1AA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52A31" w14:textId="77777777" w:rsidR="007B669E" w:rsidRDefault="008A1AA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8067CE" w14:textId="77777777" w:rsidR="007B669E" w:rsidRDefault="008A1AA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B00B0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7B669E" w14:paraId="5D383B64" w14:textId="7777777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1DC5" w14:textId="77777777" w:rsidR="007B669E" w:rsidRDefault="007B669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C74A" w14:textId="77777777" w:rsidR="007B669E" w:rsidRDefault="007B669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E289E" w14:textId="77777777" w:rsidR="007B669E" w:rsidRDefault="008A1A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8FADB" w14:textId="77777777" w:rsidR="007B669E" w:rsidRDefault="008A1AA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C8C02" w14:textId="77777777" w:rsidR="007B669E" w:rsidRDefault="008A1AA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0A82" w14:textId="77777777" w:rsidR="007B669E" w:rsidRDefault="007B669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8B8" w14:textId="77777777" w:rsidR="007B669E" w:rsidRDefault="007B669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5600" w14:textId="77777777" w:rsidR="007B669E" w:rsidRDefault="007B669E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2FD1" w14:textId="77777777" w:rsidR="007B669E" w:rsidRDefault="007B669E"/>
        </w:tc>
      </w:tr>
      <w:tr w:rsidR="007B669E" w14:paraId="096EF5C4" w14:textId="77777777">
        <w:trPr>
          <w:trHeight w:hRule="exact" w:val="361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B5CB2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2FEBAF" w14:textId="77777777" w:rsidR="007B669E" w:rsidRPr="008A1AA6" w:rsidRDefault="008A1A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717C4D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A8D1C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43DD2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4622E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01.09.2022 22.09.2022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73DBA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C7D931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417B9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  <w:tr w:rsidR="007B669E" w14:paraId="474AD8F8" w14:textId="77777777">
        <w:trPr>
          <w:trHeight w:hRule="exact" w:val="35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726B7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F4EB08" w14:textId="77777777" w:rsidR="007B669E" w:rsidRPr="008A1AA6" w:rsidRDefault="008A1A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986B8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22CF8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3DDB2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CA099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23.09.2022 08.10.2022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69EA7D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55C69A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0F243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</w:tbl>
    <w:p w14:paraId="1D7279C3" w14:textId="77777777" w:rsidR="007B669E" w:rsidRDefault="007B669E">
      <w:pPr>
        <w:autoSpaceDE w:val="0"/>
        <w:autoSpaceDN w:val="0"/>
        <w:spacing w:after="0" w:line="14" w:lineRule="exact"/>
      </w:pPr>
    </w:p>
    <w:p w14:paraId="4BB5F53F" w14:textId="77777777" w:rsidR="007B669E" w:rsidRDefault="007B669E">
      <w:pPr>
        <w:sectPr w:rsidR="007B669E">
          <w:pgSz w:w="16840" w:h="11900"/>
          <w:pgMar w:top="282" w:right="640" w:bottom="1366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1E8E4FB3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6964"/>
        <w:gridCol w:w="528"/>
        <w:gridCol w:w="1106"/>
        <w:gridCol w:w="1140"/>
        <w:gridCol w:w="876"/>
        <w:gridCol w:w="1382"/>
        <w:gridCol w:w="1080"/>
        <w:gridCol w:w="2042"/>
      </w:tblGrid>
      <w:tr w:rsidR="007B669E" w14:paraId="07970CB2" w14:textId="77777777">
        <w:trPr>
          <w:trHeight w:hRule="exact" w:val="374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44963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0401E" w14:textId="77777777" w:rsidR="007B669E" w:rsidRPr="008A1AA6" w:rsidRDefault="008A1AA6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8A0FA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48E1A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C823E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D55AC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09.10.2022 10.11.2022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C7675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995195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B63F8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  <w:tr w:rsidR="007B669E" w14:paraId="71D351B0" w14:textId="77777777">
        <w:trPr>
          <w:trHeight w:hRule="exact" w:val="35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EB5D8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230D9D" w14:textId="77777777" w:rsidR="007B669E" w:rsidRDefault="008A1AA6">
            <w:pPr>
              <w:autoSpaceDE w:val="0"/>
              <w:autoSpaceDN w:val="0"/>
              <w:spacing w:before="88" w:after="0" w:line="233" w:lineRule="auto"/>
              <w:ind w:left="72"/>
            </w:pPr>
            <w:r w:rsidRPr="008A1AA6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Здоровое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питание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E1A54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4B745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7B919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49E44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11.11.2022 03.12.2022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87AA8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664B6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2603F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</w:tbl>
    <w:p w14:paraId="52F1B011" w14:textId="77777777" w:rsidR="007B669E" w:rsidRDefault="007B669E">
      <w:pPr>
        <w:autoSpaceDE w:val="0"/>
        <w:autoSpaceDN w:val="0"/>
        <w:spacing w:after="0" w:line="14" w:lineRule="exact"/>
      </w:pPr>
    </w:p>
    <w:p w14:paraId="1CFC6201" w14:textId="77777777" w:rsidR="007B669E" w:rsidRDefault="007B669E">
      <w:pPr>
        <w:sectPr w:rsidR="007B66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1948946F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6964"/>
        <w:gridCol w:w="528"/>
        <w:gridCol w:w="1106"/>
        <w:gridCol w:w="1140"/>
        <w:gridCol w:w="876"/>
        <w:gridCol w:w="1382"/>
        <w:gridCol w:w="1080"/>
        <w:gridCol w:w="2042"/>
      </w:tblGrid>
      <w:tr w:rsidR="007B669E" w14:paraId="163820B2" w14:textId="77777777">
        <w:trPr>
          <w:trHeight w:hRule="exact" w:val="368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33886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C2A1F" w14:textId="77777777" w:rsidR="007B669E" w:rsidRPr="008A1AA6" w:rsidRDefault="008A1AA6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F8BF01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C457BD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6C759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FA8B6F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04.12.2022 21.12.2022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3DC98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280B2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FFF76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  <w:tr w:rsidR="007B669E" w14:paraId="39085A97" w14:textId="77777777">
        <w:trPr>
          <w:trHeight w:hRule="exact" w:val="35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B0371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FB110" w14:textId="77777777" w:rsidR="007B669E" w:rsidRDefault="008A1AA6">
            <w:pPr>
              <w:autoSpaceDE w:val="0"/>
              <w:autoSpaceDN w:val="0"/>
              <w:spacing w:before="88" w:after="0" w:line="233" w:lineRule="auto"/>
              <w:ind w:left="72"/>
            </w:pPr>
            <w:r w:rsidRPr="008A1AA6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сверстниками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87055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A3C3A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5649F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6202A5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22.12.2022 06.02.2023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C80CF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B64B41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71F673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</w:tbl>
    <w:p w14:paraId="10883145" w14:textId="77777777" w:rsidR="007B669E" w:rsidRDefault="007B669E">
      <w:pPr>
        <w:autoSpaceDE w:val="0"/>
        <w:autoSpaceDN w:val="0"/>
        <w:spacing w:after="0" w:line="14" w:lineRule="exact"/>
      </w:pPr>
    </w:p>
    <w:p w14:paraId="53D6D272" w14:textId="77777777" w:rsidR="007B669E" w:rsidRDefault="007B669E">
      <w:pPr>
        <w:sectPr w:rsidR="007B66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735449F6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6964"/>
        <w:gridCol w:w="528"/>
        <w:gridCol w:w="1106"/>
        <w:gridCol w:w="1140"/>
        <w:gridCol w:w="876"/>
        <w:gridCol w:w="1382"/>
        <w:gridCol w:w="1080"/>
        <w:gridCol w:w="2042"/>
      </w:tblGrid>
      <w:tr w:rsidR="007B669E" w14:paraId="1F3B8AB8" w14:textId="77777777">
        <w:trPr>
          <w:trHeight w:hRule="exact" w:val="361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A64773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FBB9B" w14:textId="77777777" w:rsidR="007B669E" w:rsidRDefault="008A1AA6">
            <w:pPr>
              <w:autoSpaceDE w:val="0"/>
              <w:autoSpaceDN w:val="0"/>
              <w:spacing w:before="88" w:after="0" w:line="233" w:lineRule="auto"/>
              <w:ind w:left="72"/>
            </w:pPr>
            <w:r w:rsidRPr="008A1AA6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отдыха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9CDEF4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238F1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F4A97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D8947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07.02.2023 25.02.2023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583D89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3D9B52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C57A7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  <w:tr w:rsidR="007B669E" w14:paraId="0BF97338" w14:textId="77777777">
        <w:trPr>
          <w:trHeight w:hRule="exact" w:val="360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581A5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8B77BF" w14:textId="77777777" w:rsidR="007B669E" w:rsidRDefault="008A1AA6">
            <w:pPr>
              <w:autoSpaceDE w:val="0"/>
              <w:autoSpaceDN w:val="0"/>
              <w:spacing w:before="88" w:after="0" w:line="233" w:lineRule="auto"/>
              <w:ind w:left="72"/>
            </w:pPr>
            <w:r w:rsidRPr="008A1AA6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DCE4C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039BD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3D283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FFD709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26.02.2023 22.03.2023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9603E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DFA8C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1A667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</w:tbl>
    <w:p w14:paraId="7BC5EEDA" w14:textId="77777777" w:rsidR="007B669E" w:rsidRDefault="007B669E">
      <w:pPr>
        <w:autoSpaceDE w:val="0"/>
        <w:autoSpaceDN w:val="0"/>
        <w:spacing w:after="0" w:line="14" w:lineRule="exact"/>
      </w:pPr>
    </w:p>
    <w:p w14:paraId="73691448" w14:textId="77777777" w:rsidR="007B669E" w:rsidRDefault="007B669E">
      <w:pPr>
        <w:sectPr w:rsidR="007B66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213C0E5C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6964"/>
        <w:gridCol w:w="528"/>
        <w:gridCol w:w="1106"/>
        <w:gridCol w:w="1140"/>
        <w:gridCol w:w="876"/>
        <w:gridCol w:w="1382"/>
        <w:gridCol w:w="1080"/>
        <w:gridCol w:w="2042"/>
      </w:tblGrid>
      <w:tr w:rsidR="007B669E" w14:paraId="6E625AA8" w14:textId="77777777">
        <w:trPr>
          <w:trHeight w:hRule="exact" w:val="361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FFB12C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C9EFB" w14:textId="77777777" w:rsidR="007B669E" w:rsidRDefault="008A1AA6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 город/село.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BCD49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F5C03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9A78B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D7223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23.03.2023 20.04.2023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07F1C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91934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48DD67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  <w:tr w:rsidR="007B669E" w14:paraId="1A44D339" w14:textId="77777777">
        <w:trPr>
          <w:trHeight w:hRule="exact" w:val="35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CDF9C" w14:textId="77777777" w:rsidR="007B669E" w:rsidRDefault="008A1A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B31D3" w14:textId="77777777" w:rsidR="007B669E" w:rsidRPr="008A1AA6" w:rsidRDefault="008A1AA6">
            <w:pPr>
              <w:autoSpaceDE w:val="0"/>
              <w:autoSpaceDN w:val="0"/>
              <w:spacing w:before="88" w:after="0" w:line="254" w:lineRule="auto"/>
              <w:ind w:left="72" w:right="864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33070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608C9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7BE787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DFE15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21.04.2023 15.05.2023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955E0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061F2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5A4639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</w:tbl>
    <w:p w14:paraId="5D67F55E" w14:textId="77777777" w:rsidR="007B669E" w:rsidRDefault="007B669E">
      <w:pPr>
        <w:autoSpaceDE w:val="0"/>
        <w:autoSpaceDN w:val="0"/>
        <w:spacing w:after="0" w:line="14" w:lineRule="exact"/>
      </w:pPr>
    </w:p>
    <w:p w14:paraId="783CF1CF" w14:textId="77777777" w:rsidR="007B669E" w:rsidRDefault="007B669E">
      <w:pPr>
        <w:sectPr w:rsidR="007B66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5158A29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6964"/>
        <w:gridCol w:w="528"/>
        <w:gridCol w:w="1106"/>
        <w:gridCol w:w="1140"/>
        <w:gridCol w:w="876"/>
        <w:gridCol w:w="1382"/>
        <w:gridCol w:w="1080"/>
        <w:gridCol w:w="2042"/>
      </w:tblGrid>
      <w:tr w:rsidR="007B669E" w14:paraId="117F49E9" w14:textId="77777777">
        <w:trPr>
          <w:trHeight w:hRule="exact" w:val="367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21964" w14:textId="77777777" w:rsidR="007B669E" w:rsidRDefault="008A1AA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6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4EAA4" w14:textId="77777777" w:rsidR="007B669E" w:rsidRPr="008A1AA6" w:rsidRDefault="008A1A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A8332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680B7B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8D19E5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7201C" w14:textId="77777777" w:rsidR="007B669E" w:rsidRDefault="008A1AA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16.05.2023 31.05.2023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7BBAB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Аудирование;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Смысловое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Письменная речь; Фонетическая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 и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пунктуация;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Социокультурные знания и умения;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785BB" w14:textId="77777777" w:rsidR="007B669E" w:rsidRPr="008A1AA6" w:rsidRDefault="008A1AA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работа;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24575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proofErr w:type="gramEnd"/>
          </w:p>
        </w:tc>
      </w:tr>
      <w:tr w:rsidR="007B669E" w14:paraId="1BE1B66D" w14:textId="77777777">
        <w:trPr>
          <w:trHeight w:hRule="exact" w:val="328"/>
        </w:trPr>
        <w:tc>
          <w:tcPr>
            <w:tcW w:w="7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33028" w14:textId="77777777" w:rsidR="007B669E" w:rsidRPr="008A1AA6" w:rsidRDefault="008A1AA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B576E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5FC30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8A67D" w14:textId="77777777" w:rsidR="007B669E" w:rsidRDefault="008A1AA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5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7D637" w14:textId="77777777" w:rsidR="007B669E" w:rsidRDefault="007B669E"/>
        </w:tc>
      </w:tr>
    </w:tbl>
    <w:p w14:paraId="3D204127" w14:textId="77777777" w:rsidR="007B669E" w:rsidRDefault="007B669E">
      <w:pPr>
        <w:autoSpaceDE w:val="0"/>
        <w:autoSpaceDN w:val="0"/>
        <w:spacing w:after="0" w:line="14" w:lineRule="exact"/>
      </w:pPr>
    </w:p>
    <w:p w14:paraId="19703F93" w14:textId="77777777" w:rsidR="007B669E" w:rsidRDefault="007B669E">
      <w:pPr>
        <w:sectPr w:rsidR="007B66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0243AC0B" w14:textId="77777777" w:rsidR="007B669E" w:rsidRDefault="007B669E">
      <w:pPr>
        <w:autoSpaceDE w:val="0"/>
        <w:autoSpaceDN w:val="0"/>
        <w:spacing w:after="78" w:line="220" w:lineRule="exact"/>
      </w:pPr>
    </w:p>
    <w:p w14:paraId="792BD9F7" w14:textId="77777777" w:rsidR="007B669E" w:rsidRDefault="008A1AA6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7B669E" w14:paraId="44CA57FB" w14:textId="77777777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5CCE0" w14:textId="77777777" w:rsidR="007B669E" w:rsidRDefault="008A1AA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16665" w14:textId="77777777" w:rsidR="007B669E" w:rsidRDefault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2134C" w14:textId="77777777" w:rsidR="007B669E" w:rsidRDefault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B25F3" w14:textId="77777777" w:rsidR="007B669E" w:rsidRDefault="008A1AA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BB9EDC" w14:textId="77777777" w:rsidR="007B669E" w:rsidRDefault="008A1AA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7B669E" w14:paraId="756F71F0" w14:textId="77777777" w:rsidTr="008A1AA6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0DFB" w14:textId="77777777" w:rsidR="007B669E" w:rsidRDefault="007B669E"/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08D6" w14:textId="77777777" w:rsidR="007B669E" w:rsidRDefault="007B669E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ECB7D" w14:textId="77777777" w:rsidR="007B669E" w:rsidRDefault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15AC4" w14:textId="77777777" w:rsidR="007B669E" w:rsidRDefault="008A1AA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401AC" w14:textId="77777777" w:rsidR="007B669E" w:rsidRDefault="008A1AA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EFB1" w14:textId="77777777" w:rsidR="007B669E" w:rsidRDefault="007B669E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025D" w14:textId="77777777" w:rsidR="007B669E" w:rsidRDefault="007B669E"/>
        </w:tc>
      </w:tr>
      <w:tr w:rsidR="008A1AA6" w14:paraId="43177373" w14:textId="77777777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3015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6775" w14:textId="77777777" w:rsidR="008A1AA6" w:rsidRPr="008A1AA6" w:rsidRDefault="008A1AA6" w:rsidP="008A1AA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изучаемые предметы.</w:t>
            </w:r>
          </w:p>
          <w:p w14:paraId="32BB9D9D" w14:textId="77777777" w:rsidR="008A1AA6" w:rsidRDefault="008A1AA6" w:rsidP="008A1AA6">
            <w:pPr>
              <w:autoSpaceDE w:val="0"/>
              <w:autoSpaceDN w:val="0"/>
              <w:spacing w:before="70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расписание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недели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A6D05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55429D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96D28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D757E" w14:textId="428BE751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01.09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613413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45920BD7" w14:textId="77777777">
        <w:trPr>
          <w:trHeight w:hRule="exact" w:val="1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4E59B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95B8D" w14:textId="77777777" w:rsidR="008A1AA6" w:rsidRPr="008A1AA6" w:rsidRDefault="008A1AA6" w:rsidP="008A1AA6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изучаемые предметы.</w:t>
            </w:r>
          </w:p>
          <w:p w14:paraId="289A0DF6" w14:textId="77777777" w:rsidR="008A1AA6" w:rsidRDefault="008A1AA6" w:rsidP="008A1AA6">
            <w:pPr>
              <w:autoSpaceDE w:val="0"/>
              <w:autoSpaceDN w:val="0"/>
              <w:spacing w:before="70" w:after="0" w:line="262" w:lineRule="auto"/>
              <w:ind w:left="72" w:right="115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принадлежности</w:t>
            </w:r>
            <w:proofErr w:type="spellEnd"/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652C3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71C5C1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C3875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EB4F2" w14:textId="0C35D862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02203F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09CF4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241E387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D10B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745F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Классный кабинет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44736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CAFB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FDFC2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F9454" w14:textId="08BAE5CC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02203F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A0F6A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413FD3A8" w14:textId="7777777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9EB4D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4C54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Распорядок школьного дня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152F7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8B894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DE05B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4CDB0" w14:textId="050E6D73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8.09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3AF7B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65E8A2E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7A2EE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26890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Домашнее задание. Входной контроль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124FED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911B5B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326E2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7881D" w14:textId="158979F2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9.09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D9C79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A1AA6" w14:paraId="2D4612DD" w14:textId="7777777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F3730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50527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 правила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38568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1B143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AA1FF3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86121" w14:textId="5617EFFC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13.09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2FD24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292ED90E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E786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D281D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 форма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A89236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E0BDF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A1852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23BF02" w14:textId="6F5E83CA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15.09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37290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40CA9321" w14:textId="7777777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9ABC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ED165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 кружки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3F81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07F1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E76F5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63C7D" w14:textId="17F2D625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16.09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6B3485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1776F91C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7B3766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918CD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друзья. Мои одноклассники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934A8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5F61C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F6B48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3A490" w14:textId="5A0E035C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20.09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D085F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484E9328" w14:textId="77777777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F5D6B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FBF30" w14:textId="77777777" w:rsidR="008A1AA6" w:rsidRP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Английская школа.</w:t>
            </w:r>
          </w:p>
          <w:p w14:paraId="3786952A" w14:textId="77777777" w:rsidR="008A1AA6" w:rsidRPr="008A1AA6" w:rsidRDefault="008A1AA6" w:rsidP="008A1AA6">
            <w:pPr>
              <w:autoSpaceDE w:val="0"/>
              <w:autoSpaceDN w:val="0"/>
              <w:spacing w:before="72" w:after="0" w:line="230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 контроль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5487F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AFA9D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BD4801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02894" w14:textId="66A3C9EB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22.09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183EA" w14:textId="77777777" w:rsidR="008A1AA6" w:rsidRDefault="008A1AA6" w:rsidP="008A1AA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3CF7F566" w14:textId="77777777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035A2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641FF" w14:textId="77777777" w:rsidR="008A1AA6" w:rsidRPr="008A1AA6" w:rsidRDefault="008A1AA6" w:rsidP="008A1AA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изучаемые предметы.</w:t>
            </w:r>
          </w:p>
          <w:p w14:paraId="40DEABAE" w14:textId="77777777" w:rsidR="008A1AA6" w:rsidRPr="008A1AA6" w:rsidRDefault="008A1AA6" w:rsidP="008A1AA6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Переписка с зарубежными сверстниками. Письма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друзьям по переписке в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английскую школу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CF61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29E64A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46A1D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7D471" w14:textId="66FF0D6F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23.09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DE146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4BF13751" w14:textId="77777777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8E2206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BBFD18" w14:textId="77777777" w:rsidR="008A1AA6" w:rsidRDefault="008A1AA6" w:rsidP="008A1AA6">
            <w:pPr>
              <w:autoSpaceDE w:val="0"/>
              <w:autoSpaceDN w:val="0"/>
              <w:spacing w:before="98" w:after="0"/>
              <w:ind w:left="72"/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Переписка с зарубежными сверстниками. Мои друзья.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сверстниками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97568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A020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BB78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BB338" w14:textId="61B3524F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27.09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73FA4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7FE3F5DD" w14:textId="77777777" w:rsidR="007B669E" w:rsidRDefault="007B669E">
      <w:pPr>
        <w:autoSpaceDE w:val="0"/>
        <w:autoSpaceDN w:val="0"/>
        <w:spacing w:after="0" w:line="14" w:lineRule="exact"/>
      </w:pPr>
    </w:p>
    <w:p w14:paraId="675C1E83" w14:textId="77777777" w:rsidR="007B669E" w:rsidRDefault="007B669E">
      <w:pPr>
        <w:sectPr w:rsidR="007B669E">
          <w:pgSz w:w="11900" w:h="16840"/>
          <w:pgMar w:top="298" w:right="650" w:bottom="51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40B71EA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8A1AA6" w14:paraId="047B5621" w14:textId="7777777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DEE2E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474230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семья. Члены семьи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2FF5C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B30AF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76F4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40DF8" w14:textId="7FA93EA0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29.09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8B884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0E4D5D54" w14:textId="77777777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3EFFB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284E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Семейные традиции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9140D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F2F6C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26278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8938D" w14:textId="1AD47C35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30.09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148AA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5CF1419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22280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2712C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Домашний питомец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C9BAB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CE48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782786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10BA8" w14:textId="64ADCF4C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4.10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790CEA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3499950D" w14:textId="77777777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E8D8F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96DE8" w14:textId="77777777" w:rsidR="008A1AA6" w:rsidRPr="008A1AA6" w:rsidRDefault="008A1AA6" w:rsidP="008A1AA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Семейные праздники: день рождения. Мой день </w:t>
            </w:r>
            <w:r w:rsidRPr="008A1AA6">
              <w:rPr>
                <w:lang w:val="ru-RU"/>
              </w:rPr>
              <w:br/>
            </w: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рождения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A37A5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59107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499C74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3B8A0" w14:textId="7AF692D6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6.10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EAB98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2FAA553B" w14:textId="77777777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7DB5C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6FE68" w14:textId="77777777" w:rsidR="008A1AA6" w:rsidRP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Домашние обязанности. Обобщение и контроль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ADF83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D553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B1AC4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E8761" w14:textId="606C2216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7.10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C6B3A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52FA0B8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48503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F8FFE" w14:textId="77777777" w:rsidR="008A1AA6" w:rsidRDefault="008A1AA6" w:rsidP="008A1AA6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Любимые занятия членов семьи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03DD31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495313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4FB89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28585" w14:textId="3968E7E4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11.10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39157C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189539EA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990A3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E9F72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Семейный выходной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7B746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ED09F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63595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27C75" w14:textId="0894EC60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13.10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D5A7D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6CB2CBA9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DB8AF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E1D97" w14:textId="77777777" w:rsidR="008A1AA6" w:rsidRP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 друзьями в школе. Лучший друг/подруга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1DBC2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87A45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765E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D6200" w14:textId="543CCA7B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5895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2DF877D7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BF24E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CB60FE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 улице с друзьями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54D520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11958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B6345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1B7C2" w14:textId="3B30C5F2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17.10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34706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A1AA6" w14:paraId="22C9EE88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A319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D80C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Школа моей мечты.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2A6CA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57251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AF6CA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86410" w14:textId="5926B904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20.10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539D65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403388AE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08BC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F5E9B" w14:textId="77777777" w:rsidR="008A1AA6" w:rsidRP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Каникулы в различное время года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D502D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9AF74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CDE90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7329F4" w14:textId="3D94C211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21.10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1D6834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A1AA6" w14:paraId="2383805D" w14:textId="77777777" w:rsidTr="008A1AA6">
        <w:trPr>
          <w:trHeight w:hRule="exact" w:val="129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F435F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843EB" w14:textId="7DF761D1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человека/литературного персонажа.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24EE2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491D00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A6E3A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939020" w14:textId="0EE5EA6F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25.10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CC237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A1AA6" w14:paraId="3A47829A" w14:textId="7777777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E03519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1B43B" w14:textId="77777777" w:rsidR="008A1AA6" w:rsidRDefault="008A1AA6" w:rsidP="008A1AA6">
            <w:pPr>
              <w:autoSpaceDE w:val="0"/>
              <w:autoSpaceDN w:val="0"/>
              <w:spacing w:before="98" w:after="0"/>
              <w:ind w:left="72" w:right="288"/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человека/литературного персонажа.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внешности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C2575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5D42A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94737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E01C4" w14:textId="255F5927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27.10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68E8D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A1AA6" w14:paraId="77F94081" w14:textId="77777777" w:rsidTr="008A1AA6">
        <w:trPr>
          <w:trHeight w:hRule="exact" w:val="62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A1D71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86D8A" w14:textId="39AE88B1" w:rsidR="008A1AA6" w:rsidRPr="008A1AA6" w:rsidRDefault="008A1AA6" w:rsidP="008A1AA6">
            <w:pPr>
              <w:autoSpaceDE w:val="0"/>
              <w:autoSpaceDN w:val="0"/>
              <w:spacing w:before="100" w:after="0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8F19C8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CCE8C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C8FDF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5854FF" w14:textId="55EBE2D1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28.10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1A58F" w14:textId="77777777" w:rsidR="008A1AA6" w:rsidRDefault="008A1AA6" w:rsidP="008A1AA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A1AA6" w14:paraId="29B330BD" w14:textId="77777777" w:rsidTr="008A1AA6">
        <w:trPr>
          <w:trHeight w:hRule="exact" w:val="14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C81BC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79E04A" w14:textId="0D347E03" w:rsidR="008A1AA6" w:rsidRP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8A1AA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 обобщение по теме "Внешность и характер человека"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E4C4C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20282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71BA6" w14:textId="77777777" w:rsidR="008A1AA6" w:rsidRDefault="008A1AA6" w:rsidP="008A1AA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CBB1E" w14:textId="556947DD" w:rsidR="008A1AA6" w:rsidRDefault="008A1AA6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8.11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36C01" w14:textId="77777777" w:rsidR="008A1AA6" w:rsidRDefault="008A1AA6" w:rsidP="008A1AA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0192" w14:paraId="13C1E161" w14:textId="77777777" w:rsidTr="00090192">
        <w:trPr>
          <w:trHeight w:hRule="exact"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619C59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7EC6E" w14:textId="7317F155" w:rsidR="00090192" w:rsidRPr="008A1AA6" w:rsidRDefault="00090192" w:rsidP="00090192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61998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0A9C5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DC454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1BB94" w14:textId="2163B27E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10.11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2620B7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0192" w14:paraId="5FC570BB" w14:textId="77777777" w:rsidTr="00090192">
        <w:trPr>
          <w:trHeight w:hRule="exact" w:val="5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EFF200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3A07A" w14:textId="1E3F643E" w:rsidR="00090192" w:rsidRPr="008A1AA6" w:rsidRDefault="00090192" w:rsidP="00090192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01DD3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14CF4B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13E16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7B861" w14:textId="498B9BD0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11.11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9566C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3482ADBF" w14:textId="77777777" w:rsidR="007B669E" w:rsidRDefault="007B669E">
      <w:pPr>
        <w:autoSpaceDE w:val="0"/>
        <w:autoSpaceDN w:val="0"/>
        <w:spacing w:after="0" w:line="14" w:lineRule="exact"/>
      </w:pPr>
    </w:p>
    <w:p w14:paraId="14503CE0" w14:textId="77777777" w:rsidR="007B669E" w:rsidRDefault="007B669E">
      <w:pPr>
        <w:sectPr w:rsidR="007B669E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653C1199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090192" w14:paraId="1A88D33F" w14:textId="77777777" w:rsidTr="00090192">
        <w:trPr>
          <w:trHeight w:hRule="exact" w:val="8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C0B93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2D01E2" w14:textId="4F12E06A" w:rsidR="00090192" w:rsidRDefault="00090192" w:rsidP="00090192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AE305E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243F7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62EF4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40069" w14:textId="60CBC788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15.11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097B4" w14:textId="77777777" w:rsidR="00090192" w:rsidRDefault="00090192" w:rsidP="0009019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0192" w14:paraId="0D504E76" w14:textId="77777777" w:rsidTr="00090192">
        <w:trPr>
          <w:trHeight w:hRule="exact" w:val="8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1CDF4C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0E8CF" w14:textId="5DDDD16A" w:rsidR="00090192" w:rsidRPr="00090192" w:rsidRDefault="00090192" w:rsidP="0009019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Формирование привычек здорового образа жизни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90325B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888C6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40B38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BF347E" w14:textId="04B296E2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17.11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D94BF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0192" w14:paraId="1CC79558" w14:textId="77777777" w:rsidTr="00090192">
        <w:trPr>
          <w:trHeight w:hRule="exact" w:val="4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DECE12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83642" w14:textId="22BC9565" w:rsidR="00090192" w:rsidRDefault="00090192" w:rsidP="00090192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Отдых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пользой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86701E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82F8E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5096B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71582" w14:textId="525313D9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18.11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0C236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0192" w14:paraId="670BDE5B" w14:textId="77777777" w:rsidTr="00090192">
        <w:trPr>
          <w:trHeight w:hRule="exact" w:val="7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91109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A4B203" w14:textId="459AC987" w:rsidR="00090192" w:rsidRDefault="00090192" w:rsidP="00090192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Готовим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здоровую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4E03E3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823C2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0B2E6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5C1133" w14:textId="582D4B11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22.11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C9DBC" w14:textId="77777777" w:rsidR="00090192" w:rsidRDefault="00090192" w:rsidP="0009019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090192" w14:paraId="25F47CCA" w14:textId="77777777" w:rsidTr="00090192">
        <w:trPr>
          <w:trHeight w:hRule="exact" w:val="8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5E3794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5EB49" w14:textId="44037A2B" w:rsidR="00090192" w:rsidRDefault="00090192" w:rsidP="00090192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0120D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18851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B75BF9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04369" w14:textId="5CA59FD8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24.11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6F8D3" w14:textId="77777777" w:rsidR="00090192" w:rsidRDefault="00090192" w:rsidP="00090192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090192" w14:paraId="13FB74F3" w14:textId="77777777" w:rsidTr="00090192">
        <w:trPr>
          <w:trHeight w:hRule="exact" w:val="7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40576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A18BC" w14:textId="4D17FDA4" w:rsidR="00090192" w:rsidRPr="00090192" w:rsidRDefault="00090192" w:rsidP="00090192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Самостоятельная работа по теме "Еда"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3B585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78542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01BEE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C431E" w14:textId="58F2050C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25.11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79E95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0192" w14:paraId="6009E7C4" w14:textId="77777777" w:rsidTr="00090192">
        <w:trPr>
          <w:trHeight w:hRule="exact" w:val="10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2584F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F2B81" w14:textId="071D5190" w:rsidR="00090192" w:rsidRPr="008A1AA6" w:rsidRDefault="00090192" w:rsidP="00090192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Развитие монологической речи по теме "Здоровый образ жизни"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49967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DDE56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E73B84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33295" w14:textId="57B8868F" w:rsidR="00090192" w:rsidRDefault="00090192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29.11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18733E" w14:textId="77777777" w:rsidR="00090192" w:rsidRDefault="00090192" w:rsidP="0009019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090192" w14:paraId="002E7A2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0D26A9" w14:textId="77777777" w:rsidR="00090192" w:rsidRDefault="00090192" w:rsidP="0009019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12724" w14:textId="380E6EA4" w:rsidR="00090192" w:rsidRDefault="00090192" w:rsidP="00090192">
            <w:pPr>
              <w:autoSpaceDE w:val="0"/>
              <w:autoSpaceDN w:val="0"/>
              <w:spacing w:before="10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772C3" w14:textId="77777777" w:rsidR="00090192" w:rsidRDefault="00090192" w:rsidP="00090192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A5EC9" w14:textId="77777777" w:rsidR="00090192" w:rsidRDefault="00090192" w:rsidP="0009019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B3047D" w14:textId="77777777" w:rsidR="00090192" w:rsidRDefault="00090192" w:rsidP="0009019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BFDD1D" w14:textId="3079D5BC" w:rsidR="00090192" w:rsidRDefault="00D52B3F" w:rsidP="00D52B3F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29A18" w14:textId="77777777" w:rsidR="00090192" w:rsidRDefault="00090192" w:rsidP="00090192">
            <w:pPr>
              <w:autoSpaceDE w:val="0"/>
              <w:autoSpaceDN w:val="0"/>
              <w:spacing w:before="10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B8B035D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06E61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734AB" w14:textId="53B5B206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Шопинг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5C3328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369F0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A3DEF3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ACE40B" w14:textId="0BD13B19" w:rsidR="001A2991" w:rsidRDefault="001A2991" w:rsidP="001A2991">
            <w:pPr>
              <w:ind w:left="95"/>
            </w:pPr>
            <w:r w:rsidRPr="0002203F"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B57D0C" w14:textId="7777777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A2991" w14:paraId="01B78798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CBDA2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D3C831" w14:textId="2828B643" w:rsidR="001A2991" w:rsidRPr="00090192" w:rsidRDefault="001A2991" w:rsidP="001A299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Поход в супермаркет за продуктами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B3DF8F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45009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F3001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15BD2" w14:textId="74D4EB25" w:rsidR="001A2991" w:rsidRDefault="001A2991" w:rsidP="001A2991">
            <w:pPr>
              <w:ind w:left="95"/>
            </w:pPr>
            <w:r w:rsidRPr="0002203F">
              <w:rPr>
                <w:rFonts w:ascii="Times New Roman" w:hAnsi="Times New Roman" w:cs="Times New Roman"/>
                <w:color w:val="000000"/>
              </w:rPr>
              <w:t>06.12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C6FBC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56CF1232" w14:textId="77777777" w:rsidTr="00090192">
        <w:trPr>
          <w:trHeight w:hRule="exact" w:val="5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D99547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0B470" w14:textId="36E80386" w:rsidR="001A2991" w:rsidRPr="008A1AA6" w:rsidRDefault="001A2991" w:rsidP="001A2991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Покупка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570FF8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C6A6B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B7619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E4DC9" w14:textId="274DEC12" w:rsidR="001A2991" w:rsidRDefault="001A2991" w:rsidP="001A2991">
            <w:pPr>
              <w:ind w:left="95"/>
            </w:pPr>
            <w:r w:rsidRPr="0002203F">
              <w:rPr>
                <w:rFonts w:ascii="Times New Roman" w:hAnsi="Times New Roman" w:cs="Times New Roman"/>
                <w:color w:val="000000"/>
              </w:rPr>
              <w:t>08.12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8AF467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1A0C6730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9EEE4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EFE1DB" w14:textId="7C25D87C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Покупка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обуви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85091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7CBDB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5449BB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D551E" w14:textId="73662B4E" w:rsidR="001A2991" w:rsidRDefault="001A2991" w:rsidP="001A2991">
            <w:pPr>
              <w:ind w:left="95"/>
            </w:pPr>
            <w:r w:rsidRPr="0002203F">
              <w:rPr>
                <w:rFonts w:ascii="Times New Roman" w:hAnsi="Times New Roman" w:cs="Times New Roman"/>
                <w:color w:val="000000"/>
              </w:rPr>
              <w:t>9.12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70CA2" w14:textId="7777777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A2991" w14:paraId="5AAA328D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B06E6" w14:textId="5BC01BE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49246" w14:textId="73FB3AD7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подарка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C76C6" w14:textId="080D46B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560C5" w14:textId="005E90A8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E536A" w14:textId="46E03D0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F2C813" w14:textId="31983517" w:rsidR="001A2991" w:rsidRDefault="001A2991" w:rsidP="001A2991">
            <w:pPr>
              <w:ind w:left="95"/>
            </w:pPr>
            <w:r w:rsidRPr="0002203F">
              <w:rPr>
                <w:rFonts w:ascii="Times New Roman" w:hAnsi="Times New Roman" w:cs="Times New Roman"/>
                <w:color w:val="000000"/>
              </w:rPr>
              <w:t>13.12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24E14" w14:textId="2391C74E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5972CC41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E5771C" w14:textId="2A97BF1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71ABA" w14:textId="1A89F72C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шопинг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93C31" w14:textId="39DC207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370FD9" w14:textId="4CD621A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7CED4" w14:textId="4DD6459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764A13" w14:textId="3739809B" w:rsidR="001A2991" w:rsidRDefault="001A2991" w:rsidP="001A2991">
            <w:pPr>
              <w:ind w:left="95"/>
            </w:pPr>
            <w:r w:rsidRPr="0002203F">
              <w:rPr>
                <w:rFonts w:ascii="Times New Roman" w:hAnsi="Times New Roman" w:cs="Times New Roman"/>
                <w:color w:val="000000"/>
              </w:rPr>
              <w:t>15.12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47114" w14:textId="30384244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92E6059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66A87" w14:textId="7952FC1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16AC1" w14:textId="7F9D48C7" w:rsidR="001A2991" w:rsidRPr="00427E4E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Самостоятельная работа по теме "Покупки"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19F3" w14:textId="4FFDFF7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53CB8" w14:textId="5E3D635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73697" w14:textId="74192A3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F5E6DE" w14:textId="34079E90" w:rsidR="001A2991" w:rsidRDefault="001A2991" w:rsidP="001A2991">
            <w:pPr>
              <w:ind w:left="95"/>
            </w:pPr>
            <w:r w:rsidRPr="0002203F">
              <w:rPr>
                <w:rFonts w:ascii="Times New Roman" w:hAnsi="Times New Roman" w:cs="Times New Roman"/>
                <w:color w:val="000000"/>
              </w:rPr>
              <w:t>16.12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A6AC57" w14:textId="04766F5C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5B8DC505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97459" w14:textId="4E9AC00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15658" w14:textId="21C517A5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A49E8" w14:textId="2128E5A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21E40" w14:textId="38FE901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F5657" w14:textId="18EB393F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02053" w14:textId="4D4D516B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20.12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E4C606" w14:textId="12FFECC6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086E399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B2912" w14:textId="7F2B14F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39557" w14:textId="32D00194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Расписание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529D6" w14:textId="70D946E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2BAB5" w14:textId="5A83133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15B90" w14:textId="71842D0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B28AC9" w14:textId="2A395901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22.12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33B4D" w14:textId="76BFFA12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65C24711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ABFBB" w14:textId="3DE97C0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A4F23" w14:textId="4148CDC6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форма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AC243" w14:textId="210AF09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BB684B" w14:textId="3BBD55A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9CEAED" w14:textId="698CD93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D4C3B" w14:textId="75183AC0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23.12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924DDE" w14:textId="5B75E720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5131A9E1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51D53" w14:textId="55308FC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2B5D9" w14:textId="43091811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709C1" w14:textId="4EED1C4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DF9FB" w14:textId="7963341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BF19B" w14:textId="6DD28E8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209A2E" w14:textId="3D92CB37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27.12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7AC81" w14:textId="41B2BD2A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042A4101" w14:textId="77777777" w:rsidTr="00090192">
        <w:trPr>
          <w:trHeight w:hRule="exact" w:val="7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B1A5AB" w14:textId="010FD24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D45A6" w14:textId="57035F83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Современный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школьник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5B172" w14:textId="3773FD6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052878" w14:textId="77CC60E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E7D6D" w14:textId="76AE88F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EA5EC" w14:textId="438AD35F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10.01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403B27" w14:textId="20CA0A2F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68DF6916" w14:textId="77777777" w:rsidR="007B669E" w:rsidRDefault="007B669E">
      <w:pPr>
        <w:autoSpaceDE w:val="0"/>
        <w:autoSpaceDN w:val="0"/>
        <w:spacing w:after="0" w:line="14" w:lineRule="exact"/>
      </w:pPr>
    </w:p>
    <w:p w14:paraId="5DCF6A3A" w14:textId="77777777" w:rsidR="007B669E" w:rsidRDefault="007B669E">
      <w:pPr>
        <w:sectPr w:rsidR="007B669E">
          <w:pgSz w:w="11900" w:h="16840"/>
          <w:pgMar w:top="284" w:right="650" w:bottom="47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92B08DC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1A2991" w14:paraId="5315F0AB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7F8AC5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BB256" w14:textId="7FB52936" w:rsidR="001A2991" w:rsidRPr="008A1AA6" w:rsidRDefault="001A2991" w:rsidP="001A299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Предметы, которые мы изучаем в школе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55000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B0A22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90972F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4E84D" w14:textId="6FF538BE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12.01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09FF8" w14:textId="7777777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A2991" w14:paraId="2ACD8620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EA877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5196A1" w14:textId="2D3807D4" w:rsidR="001A2991" w:rsidRPr="008A1AA6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одноклассниками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0C5735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A7959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8E3728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E6BB9F" w14:textId="2D8EBF52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13.01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B87E2D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583F3C09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7E995" w14:textId="291AC44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D8AD20" w14:textId="02E9909F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учителями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76A713" w14:textId="555DE4A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466E2" w14:textId="0E1999B0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1BC3FE" w14:textId="0729B63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3AC395" w14:textId="584E6EA6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17.01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E22F0" w14:textId="663FA46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795D27D1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0D9C8" w14:textId="329225F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AF9A9B" w14:textId="2BC7FAFB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CB1B0E" w14:textId="31F43F2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9AD8B" w14:textId="0226CDE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395F3" w14:textId="25B6B70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C46B2" w14:textId="53F7C98B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19.01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0F614" w14:textId="6D97FDF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5FEDD798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E95F4" w14:textId="7AF660E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BBADBA" w14:textId="58EFF05B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зарубежным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другом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046442" w14:textId="07E4B1B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86E77B" w14:textId="6B81BCF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B50AD" w14:textId="6B3A947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29B0C" w14:textId="63FBC145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20.01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2D68E" w14:textId="415E592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00B6F7A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F598C4" w14:textId="5B8EB808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2777C" w14:textId="0D36F1B6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личного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DEB98C" w14:textId="0FE38EB0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1001B" w14:textId="27E5B8E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DFA40" w14:textId="32F41E6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65F6A" w14:textId="4C3263DC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24.01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A72A39" w14:textId="5A3F72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559DC3C1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9B470" w14:textId="4F1734A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BF898" w14:textId="484B699E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Сообщение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другу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C92C4" w14:textId="101FBDC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76836" w14:textId="2CC0139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59C2A" w14:textId="5FBB9C2F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4A1BD" w14:textId="442DC910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26.01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DCF7D" w14:textId="3B63903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62379696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B5D8CF" w14:textId="75A153D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4B2F67" w14:textId="491A5D96" w:rsidR="001A2991" w:rsidRPr="00427E4E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"Школьная жизнь"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650B8" w14:textId="13850E5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337591" w14:textId="7284316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20389" w14:textId="54689B7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E59A9" w14:textId="2B8731FF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29FC1" w14:textId="4C218DC8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3B4141C6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5253C" w14:textId="3E49122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523229" w14:textId="144AAD4D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Коррекционная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B0DAF" w14:textId="0FE726D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8D4A8" w14:textId="31CA8F2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301F4" w14:textId="42E1AA3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ECE12" w14:textId="7C95CC8A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31.01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4800C" w14:textId="664C2040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9D718CB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F52488" w14:textId="117E256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760ED" w14:textId="2F6D6DFB" w:rsidR="001A2991" w:rsidRPr="00427E4E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Монолог на тему «Современный школьник»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E5709" w14:textId="14210B4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7DE6AF" w14:textId="52BB7000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7AF81" w14:textId="7BC48078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498DE" w14:textId="19D4C039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  <w:lang w:val="ru-RU"/>
              </w:rPr>
              <w:t>02.02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94E8B" w14:textId="3C817EF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E3D2B05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9439D" w14:textId="4EEFCD6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B39F5F" w14:textId="60A89B53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2588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Виды отдыха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62588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Мои к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аникулы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5E855" w14:textId="3F5B98F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F0981" w14:textId="380919F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C60D3" w14:textId="5035324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B32A7" w14:textId="4B3B4268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03.02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30CC2" w14:textId="23D7A890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43F6B295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807F52" w14:textId="236A681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15D55" w14:textId="4427202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2588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Зимние каникулы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62588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Летние каникулы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5920" w14:textId="2C09590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5F2E6" w14:textId="7DAA1C3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425F8" w14:textId="020A4C2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1485A" w14:textId="3B6F72B0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07.02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17372" w14:textId="6018D8C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6826F633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EF672" w14:textId="344104E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173EB" w14:textId="3D656AF5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2588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 каникулах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8C5A1" w14:textId="76C5017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2815C" w14:textId="7ED5D82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99864" w14:textId="6CD1D9F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7F25F" w14:textId="3D8F9AC9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9.02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9E946" w14:textId="49A46A98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38EAE749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04E58" w14:textId="439A1F2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EA4A61" w14:textId="0AAA4ED9" w:rsidR="001A2991" w:rsidRPr="00427E4E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2F09D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Едем отдыхать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2F09D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Отдых с семьей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43EDB" w14:textId="429FA45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5C4CAD" w14:textId="0170585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F638A7" w14:textId="4DFA37C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E83429" w14:textId="4931EA7C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10.02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5EC66" w14:textId="1339D6C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48C0FDF8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3B3CD" w14:textId="2CF0A82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597D0" w14:textId="276F5ADA" w:rsidR="001A2991" w:rsidRPr="00427E4E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Где я буду отдыхать летом?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DE652" w14:textId="75FD14A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79B6E0" w14:textId="090DC14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69761B" w14:textId="6FBD8C3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4D5A2" w14:textId="1AFD6C3E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14.02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E469F1" w14:textId="55B8699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2D3BEE76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2DDDAC" w14:textId="624130F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DFFBB" w14:textId="7A0056C8" w:rsidR="001A2991" w:rsidRPr="00427E4E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Самостоятельная работа по теме "Каникулы"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8773B" w14:textId="7A0E3BC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30B85" w14:textId="0F191F2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DB52C" w14:textId="51CC385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AC3A3F" w14:textId="072E4E29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16.02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32DAB" w14:textId="229A250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77AEFE1C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1F101" w14:textId="0E8BDCC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E783E9" w14:textId="26A0B613" w:rsidR="001A2991" w:rsidRPr="00427E4E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Мой самый интересный день отдыха (монологическая речь)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BC6599" w14:textId="7E75C83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2846A" w14:textId="078E297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E844A" w14:textId="73D8908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55E40D" w14:textId="167920E3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17.02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A800B" w14:textId="562D083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7D1D48A4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9745C" w14:textId="18A043E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1DF04" w14:textId="5759B14F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55E05" w14:textId="26F40CF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496D1" w14:textId="7BA28E2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4AC82F" w14:textId="2634B5B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EA173" w14:textId="0799FCCA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45B3F" w14:textId="4F2B892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415D5476" w14:textId="77777777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677E9" w14:textId="5439003F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322DA" w14:textId="29CB4662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Погода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странах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CCCCAC" w14:textId="7657DAB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4EDA0" w14:textId="236F8D4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ACF8CD" w14:textId="098AD58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1BCF8" w14:textId="39838A67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24.02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B5089" w14:textId="2E2F3B0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299F442E" w14:textId="77777777" w:rsidR="007B669E" w:rsidRDefault="007B669E">
      <w:pPr>
        <w:autoSpaceDE w:val="0"/>
        <w:autoSpaceDN w:val="0"/>
        <w:spacing w:after="0" w:line="14" w:lineRule="exact"/>
      </w:pPr>
    </w:p>
    <w:p w14:paraId="5E076849" w14:textId="77777777" w:rsidR="007B669E" w:rsidRDefault="007B669E">
      <w:pPr>
        <w:sectPr w:rsidR="007B669E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2F6C846C" w14:textId="77777777" w:rsidR="007B669E" w:rsidRDefault="007B669E">
      <w:pPr>
        <w:autoSpaceDE w:val="0"/>
        <w:autoSpaceDN w:val="0"/>
        <w:spacing w:after="0" w:line="14" w:lineRule="exact"/>
      </w:pPr>
    </w:p>
    <w:p w14:paraId="159481E0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1A2991" w14:paraId="376C9657" w14:textId="77777777" w:rsidTr="00090192">
        <w:trPr>
          <w:trHeight w:hRule="exact" w:val="7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E1609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00B58" w14:textId="6438D943" w:rsidR="001A2991" w:rsidRDefault="001A2991" w:rsidP="001A2991">
            <w:pPr>
              <w:autoSpaceDE w:val="0"/>
              <w:autoSpaceDN w:val="0"/>
              <w:spacing w:before="98" w:after="0" w:line="271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01206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304EF7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22B08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98875" w14:textId="0CB5C0DF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28.02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4ACF8" w14:textId="7777777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A2991" w14:paraId="5C3E4D84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04A5D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1CBEB" w14:textId="6A6410BD" w:rsidR="001A2991" w:rsidRPr="00090192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Год за годом. Времена года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B8D310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5B461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59D1F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49645B" w14:textId="33B4D679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02.03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BFCCE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091FB93E" w14:textId="77777777" w:rsidTr="00090192">
        <w:trPr>
          <w:trHeight w:hRule="exact" w:val="4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30A342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F400CE" w14:textId="72EE5344" w:rsidR="001A2991" w:rsidRDefault="001A2991" w:rsidP="001A2991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EF11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Погода сегодня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FB2E9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F407B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96C1F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25DF5F" w14:textId="3B94A0EC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03.03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6E799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2E16C9F3" w14:textId="77777777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23F24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D03B8" w14:textId="7F8A0364" w:rsidR="001A2991" w:rsidRPr="008A1AA6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EF11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Домашние животные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49A2A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AFB73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D3B7B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F82D9" w14:textId="4FEE43B7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07.03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2B9C45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05A8577C" w14:textId="77777777" w:rsidTr="00090192">
        <w:trPr>
          <w:trHeight w:hRule="exact" w:val="8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E42AC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60A0B1" w14:textId="5CF7203A" w:rsidR="001A2991" w:rsidRDefault="001A2991" w:rsidP="001A2991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EF11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Погодные аномалии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0188D5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B27C0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0B875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133D3" w14:textId="02A8B659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09.03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7DFEE5" w14:textId="7777777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A2991" w14:paraId="6C628165" w14:textId="77777777">
        <w:trPr>
          <w:trHeight w:hRule="exact" w:val="4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0DDAE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52771" w14:textId="790F514F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 w:rsidRPr="00E9376B">
              <w:rPr>
                <w:rFonts w:ascii="Times New Roman" w:hAnsi="Times New Roman" w:cs="Times New Roman"/>
                <w:lang w:val="ru-RU"/>
              </w:rPr>
              <w:t>Климат на Аляске.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6DB9D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3ED68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75A51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09D5C" w14:textId="1D683945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10.03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C19449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666D6169" w14:textId="77777777" w:rsidTr="00090192">
        <w:trPr>
          <w:trHeight w:hRule="exact" w:val="7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0AE778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EB01A" w14:textId="6B8820C9" w:rsidR="001A2991" w:rsidRPr="00090192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Самостоятельная работа по теме "Природа и погода"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69030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66ADC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E6991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4ABE0" w14:textId="4269C3BE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14.03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2A62A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7BB18017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EF647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D133C" w14:textId="2D1A280C" w:rsidR="001A2991" w:rsidRPr="00090192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Прогноз погоды на завтра (развитие монологической и диалогической речи)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7CA06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E313A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37162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1AB58" w14:textId="6E8718ED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16.03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73AA5" w14:textId="7777777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A2991" w14:paraId="354B6EB3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BC5F0" w14:textId="62C6CCE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58744" w14:textId="7FAF2F0D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317F1" w14:textId="7EACF8F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BA4308" w14:textId="4CD7DD4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A5284" w14:textId="10515DB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C45CD" w14:textId="06CA7C70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17.03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EBDFD" w14:textId="1C8401CE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CC1E139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AD2EA8" w14:textId="0F45FFA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3B89A" w14:textId="0B6D458B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Сельская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DB00F" w14:textId="7A11AED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7E732" w14:textId="136DB45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FD4867" w14:textId="72AD459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F45BA" w14:textId="21147E20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21.03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B2ADC9" w14:textId="7C53FB69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2C8F7D1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16457" w14:textId="3CE0DCA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D32A8E" w14:textId="197E206E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транспорта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47854" w14:textId="16AED80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91A30" w14:textId="4CA35E7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4E7DF4" w14:textId="326CAD3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2BD4D" w14:textId="2A375643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23.03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650DA2" w14:textId="0E3ED01C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3F499654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1B2CCB" w14:textId="1AC2789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9263C1" w14:textId="31984DEF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путешествовать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9AE31" w14:textId="3AF29BF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6C67CA" w14:textId="08556FC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D68FFF" w14:textId="50ACF49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ED46B" w14:textId="27F50A81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24.03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80236" w14:textId="1630F90A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29015732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22E2B" w14:textId="6FCEAB7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2067B" w14:textId="66956606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Покупка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билетов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F74DF" w14:textId="0C77D40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038733" w14:textId="6C0D5D2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66707E" w14:textId="57BB170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657C1" w14:textId="7EA0B93F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4.04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9179FB" w14:textId="3F7039FF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54446C76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5889B" w14:textId="4F6DB12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66ED0" w14:textId="3E32AE0A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путешественника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5E680" w14:textId="394B934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8742D" w14:textId="235E800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D9440" w14:textId="7B62A04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D340A" w14:textId="76EFA38A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6.04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246D7" w14:textId="11AC8B4F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2F0F7DCF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85863" w14:textId="23690761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D3A999" w14:textId="0F4CD820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E5867" w14:textId="120C0CD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25125" w14:textId="73550C9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5FB73C" w14:textId="20D1B69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53483" w14:textId="6261D67F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7.04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C7CE0" w14:textId="285639FD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4D1BF7DD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0AAB13" w14:textId="0EFB59CF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1AA68" w14:textId="5BB104D5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любимый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транспорта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31B98" w14:textId="311346C8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65876" w14:textId="4B8F339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C49DD" w14:textId="4FBBB00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A5019" w14:textId="5E6EBF98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11.04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F7F85" w14:textId="6E5DCE64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434FA73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0802F" w14:textId="1FC3D33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2260B9" w14:textId="368A5BEA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Настоящий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путешественник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53DEC" w14:textId="74F4FAA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560B9" w14:textId="75416A1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DC78D1" w14:textId="698F7A1F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3BB13" w14:textId="59B914EA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13.04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C96E1" w14:textId="404CF704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1AA0A97D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B02D62" w14:textId="63AD22A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9FBC4" w14:textId="041838F8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"Путешествия"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C6F02" w14:textId="304E27B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B93A5" w14:textId="41562BA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BD458" w14:textId="21D4E0B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DFEAB" w14:textId="2C644806" w:rsidR="001A2991" w:rsidRDefault="001A2991" w:rsidP="001A2991">
            <w:r w:rsidRPr="0002203F">
              <w:rPr>
                <w:rFonts w:ascii="Times New Roman" w:hAnsi="Times New Roman" w:cs="Times New Roman"/>
                <w:color w:val="000000"/>
              </w:rPr>
              <w:t>14.04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FE9FF" w14:textId="7EBE61F0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427E4E" w14:paraId="676ED386" w14:textId="77777777" w:rsidTr="00090192">
        <w:trPr>
          <w:trHeight w:hRule="exact" w:val="9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6367F" w14:textId="66FFC05C" w:rsidR="00427E4E" w:rsidRDefault="00427E4E" w:rsidP="00427E4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B59541" w14:textId="7C838A08" w:rsidR="00427E4E" w:rsidRPr="00674EE7" w:rsidRDefault="00427E4E" w:rsidP="00427E4E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BC6C3" w14:textId="5D53601F" w:rsidR="00427E4E" w:rsidRDefault="00427E4E" w:rsidP="00427E4E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75131C" w14:textId="629B71FB" w:rsidR="00427E4E" w:rsidRDefault="00427E4E" w:rsidP="00427E4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B0511" w14:textId="00709988" w:rsidR="00427E4E" w:rsidRDefault="00427E4E" w:rsidP="00427E4E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AE4C98" w14:textId="14658585" w:rsidR="00427E4E" w:rsidRDefault="001A2991" w:rsidP="00427E4E">
            <w:r w:rsidRPr="0002203F">
              <w:rPr>
                <w:rFonts w:ascii="Times New Roman" w:hAnsi="Times New Roman" w:cs="Times New Roman"/>
                <w:color w:val="000000"/>
              </w:rPr>
              <w:t>18.04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D40E1" w14:textId="7ABEA6BB" w:rsidR="00427E4E" w:rsidRDefault="00427E4E" w:rsidP="00427E4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638BDC61" w14:textId="77777777" w:rsidR="007B669E" w:rsidRDefault="007B669E">
      <w:pPr>
        <w:autoSpaceDE w:val="0"/>
        <w:autoSpaceDN w:val="0"/>
        <w:spacing w:after="0" w:line="14" w:lineRule="exact"/>
      </w:pPr>
    </w:p>
    <w:p w14:paraId="215D8281" w14:textId="77777777" w:rsidR="007B669E" w:rsidRDefault="007B669E">
      <w:pPr>
        <w:autoSpaceDE w:val="0"/>
        <w:autoSpaceDN w:val="0"/>
        <w:spacing w:after="0" w:line="14" w:lineRule="exact"/>
      </w:pPr>
    </w:p>
    <w:p w14:paraId="1B644171" w14:textId="77777777" w:rsidR="007B669E" w:rsidRDefault="007B669E">
      <w:pPr>
        <w:sectPr w:rsidR="007B669E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702F56D4" w14:textId="77777777" w:rsidR="007B669E" w:rsidRDefault="007B669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1A2991" w14:paraId="692883A0" w14:textId="77777777" w:rsidTr="00427E4E">
        <w:trPr>
          <w:trHeight w:hRule="exact" w:val="85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A64CA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79444" w14:textId="36D12A21" w:rsidR="001A2991" w:rsidRDefault="001A2991" w:rsidP="001A2991">
            <w:pPr>
              <w:autoSpaceDE w:val="0"/>
              <w:autoSpaceDN w:val="0"/>
              <w:spacing w:before="72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FBEF4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9D9712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94DE7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E71E1" w14:textId="533EFEFD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20.04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3B236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4709AD2B" w14:textId="77777777" w:rsidTr="00427E4E">
        <w:trPr>
          <w:trHeight w:hRule="exact" w:val="8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4E924D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F7382" w14:textId="6024051C" w:rsidR="001A2991" w:rsidRDefault="001A2991" w:rsidP="001A2991">
            <w:pPr>
              <w:autoSpaceDE w:val="0"/>
              <w:autoSpaceDN w:val="0"/>
              <w:spacing w:before="98" w:after="0" w:line="281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0F0C68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BC4E1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9CB012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1B958F" w14:textId="32C915BD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21.04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53B88" w14:textId="7777777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A2991" w14:paraId="185D03FB" w14:textId="77777777" w:rsidTr="00427E4E">
        <w:trPr>
          <w:trHeight w:hRule="exact"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51F83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BFEBE" w14:textId="474A4A66" w:rsidR="001A2991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Столица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87485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BB06AD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C1E6C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27ED93" w14:textId="6753C7BA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25.04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20029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248897D7" w14:textId="77777777" w:rsidTr="00427E4E">
        <w:trPr>
          <w:trHeight w:hRule="exact" w:val="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E7AEB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30378" w14:textId="2A8909EF" w:rsidR="001A2991" w:rsidRDefault="001A2991" w:rsidP="001A2991">
            <w:pPr>
              <w:autoSpaceDE w:val="0"/>
              <w:autoSpaceDN w:val="0"/>
              <w:spacing w:before="70" w:after="0" w:line="262" w:lineRule="auto"/>
              <w:ind w:right="1008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38CE04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43001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F26F90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AEDDB3" w14:textId="14222322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27.04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BF590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A2991" w14:paraId="76261864" w14:textId="77777777" w:rsidTr="00427E4E">
        <w:trPr>
          <w:trHeight w:hRule="exact" w:val="8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5D6C4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3DD13E" w14:textId="78F79059" w:rsidR="001A2991" w:rsidRPr="008A1AA6" w:rsidRDefault="001A2991" w:rsidP="001A2991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913050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7190B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88ACBE" w14:textId="77777777" w:rsidR="001A2991" w:rsidRDefault="001A2991" w:rsidP="001A299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579E4E" w14:textId="7CAA8CCA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28.04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119C3" w14:textId="77777777" w:rsidR="001A2991" w:rsidRDefault="001A2991" w:rsidP="001A2991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A2991" w14:paraId="3E472D3E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82AA44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BC860" w14:textId="0901CBBB" w:rsidR="001A2991" w:rsidRPr="00427E4E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Культурные особенности стран изучаемого языка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2EA43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31C895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8D777" w14:textId="7777777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EDA2E" w14:textId="35E81F7D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02.05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24EA8E" w14:textId="77777777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1A2991" w14:paraId="5DA2D069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52276D" w14:textId="01AF53D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F545F" w14:textId="3E30F3BE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Республики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476D6" w14:textId="1A594C7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1FBDAA" w14:textId="6ED6A15B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C1F5C" w14:textId="3AF9082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C0F40" w14:textId="250CCCDD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04.05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1C36C" w14:textId="045ADFD6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4DFC372F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4D1CA1" w14:textId="77038B2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01698" w14:textId="5DFF354E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Казани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7F9158" w14:textId="7EB9E5BA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7CBC9" w14:textId="3CAF078F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1D0BD" w14:textId="21C1BD8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C199BB" w14:textId="771BF494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05.05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3882E" w14:textId="2D49C094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696BA270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A4238" w14:textId="22ACEA3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B3112" w14:textId="5EA1597A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63809" w14:textId="209005C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08976" w14:textId="503AB68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645B0" w14:textId="77792FF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C5844" w14:textId="0682B7BF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11.05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2EEB0" w14:textId="016DAB36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06DAE642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FD965" w14:textId="28C113D2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3D19A" w14:textId="122215B1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CFFF2" w14:textId="7F31BED0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3E29F" w14:textId="327238A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19C368" w14:textId="62F4720D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6A37DC" w14:textId="0B712CBA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12.05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EDCCE9" w14:textId="674DE7FE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3248F9C6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27B0D7" w14:textId="40A6D5D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811D4" w14:textId="5B661E80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англоговорящих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стран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90D72C" w14:textId="56C8419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B6EB3" w14:textId="5B8890F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2C050" w14:textId="212E81DE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89D7E" w14:textId="0FCD8622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16.05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EE236" w14:textId="32C9F004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7DEF8CEB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ED8B8" w14:textId="77ACF155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CE49C" w14:textId="40B34C1B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Талант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9AFF61" w14:textId="1038DA39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3E363" w14:textId="70187580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71AD0" w14:textId="7560A390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4C9334" w14:textId="5A9F806B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18.05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B7EC42" w14:textId="0809883F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4D837525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4B950" w14:textId="397B75F6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D60D8D" w14:textId="50692327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Англоговорящие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писатели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D2ABBE" w14:textId="176FB31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1389D7" w14:textId="333642DC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9BD3A5" w14:textId="43AFD30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35947" w14:textId="340E804F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19.05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54C7D8" w14:textId="70BC949A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14:paraId="71E9B05B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C5951" w14:textId="6C765F44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B6465" w14:textId="14319437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Знаменитые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художники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76D13" w14:textId="4B3F9CF7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071CD" w14:textId="62759F5F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AC813" w14:textId="556FF213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A4B75" w14:textId="2B5D1EB5" w:rsidR="001A2991" w:rsidRDefault="001A2991" w:rsidP="001A2991">
            <w:pPr>
              <w:ind w:firstLine="95"/>
            </w:pPr>
            <w:r w:rsidRPr="0002203F">
              <w:rPr>
                <w:rFonts w:ascii="Times New Roman" w:hAnsi="Times New Roman" w:cs="Times New Roman"/>
                <w:color w:val="000000"/>
              </w:rPr>
              <w:t>23.05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8D9714" w14:textId="0D9DCF3C" w:rsidR="001A2991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2991" w:rsidRPr="00E9400B" w14:paraId="09196F7D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9EF83" w14:textId="4D0FB3A8" w:rsidR="001A2991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A65E16" w14:textId="6E6C1E47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и повторение пройденного материала за курс 5го класса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4689C" w14:textId="42A6B8B1" w:rsidR="001A2991" w:rsidRPr="00427E4E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DCA65" w14:textId="11082676" w:rsidR="001A2991" w:rsidRPr="00427E4E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2E21" w14:textId="00B82D46" w:rsidR="001A2991" w:rsidRPr="00427E4E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87820" w14:textId="2E6FCE96" w:rsidR="001A2991" w:rsidRPr="00427E4E" w:rsidRDefault="001A2991" w:rsidP="001A2991">
            <w:pPr>
              <w:ind w:firstLine="95"/>
              <w:rPr>
                <w:lang w:val="ru-RU"/>
              </w:rPr>
            </w:pPr>
            <w:r w:rsidRPr="0002203F">
              <w:rPr>
                <w:rFonts w:ascii="Times New Roman" w:hAnsi="Times New Roman" w:cs="Times New Roman"/>
                <w:color w:val="000000"/>
              </w:rPr>
              <w:t>25.05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E53470" w14:textId="7A23EADD" w:rsidR="001A2991" w:rsidRPr="00427E4E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A29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1A2991">
              <w:rPr>
                <w:lang w:val="ru-RU"/>
              </w:rPr>
              <w:br/>
            </w:r>
            <w:proofErr w:type="spellStart"/>
            <w:proofErr w:type="gramStart"/>
            <w:r w:rsidRPr="001A29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1A29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1A29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991">
              <w:rPr>
                <w:lang w:val="ru-RU"/>
              </w:rPr>
              <w:br/>
            </w:r>
            <w:r w:rsidRPr="001A29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A2991" w:rsidRPr="00427E4E" w14:paraId="7F0E3E18" w14:textId="77777777" w:rsidTr="00427E4E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43AC2F" w14:textId="77777777" w:rsidR="001A2991" w:rsidRPr="00427E4E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131DB" w14:textId="44D2795C" w:rsidR="001A2991" w:rsidRPr="00674EE7" w:rsidRDefault="001A2991" w:rsidP="001A2991">
            <w:pPr>
              <w:autoSpaceDE w:val="0"/>
              <w:autoSpaceDN w:val="0"/>
              <w:spacing w:before="7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74EE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293E5" w14:textId="67392AF3" w:rsidR="001A2991" w:rsidRPr="00427E4E" w:rsidRDefault="001A2991" w:rsidP="001A2991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0A344" w14:textId="1731AA89" w:rsidR="001A2991" w:rsidRPr="00427E4E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8430D5" w14:textId="34D1BC86" w:rsidR="001A2991" w:rsidRPr="00427E4E" w:rsidRDefault="001A2991" w:rsidP="001A299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24002" w14:textId="77777777" w:rsidR="001A2991" w:rsidRPr="00427E4E" w:rsidRDefault="001A2991" w:rsidP="001A2991">
            <w:pPr>
              <w:rPr>
                <w:lang w:val="ru-RU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E6465" w14:textId="4EF617B8" w:rsidR="001A2991" w:rsidRPr="00427E4E" w:rsidRDefault="001A2991" w:rsidP="001A2991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14:paraId="3E320622" w14:textId="77777777" w:rsidR="007B669E" w:rsidRPr="00427E4E" w:rsidRDefault="007B669E">
      <w:pPr>
        <w:rPr>
          <w:lang w:val="ru-RU"/>
        </w:rPr>
        <w:sectPr w:rsidR="007B669E" w:rsidRPr="00427E4E">
          <w:pgSz w:w="11900" w:h="16840"/>
          <w:pgMar w:top="284" w:right="650" w:bottom="69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58119C8E" w14:textId="77777777" w:rsidR="007B669E" w:rsidRDefault="007B669E">
      <w:pPr>
        <w:autoSpaceDE w:val="0"/>
        <w:autoSpaceDN w:val="0"/>
        <w:spacing w:after="78" w:line="220" w:lineRule="exact"/>
      </w:pPr>
    </w:p>
    <w:p w14:paraId="36AFDF42" w14:textId="77777777" w:rsidR="007B669E" w:rsidRPr="00427E4E" w:rsidRDefault="008A1AA6">
      <w:pPr>
        <w:autoSpaceDE w:val="0"/>
        <w:autoSpaceDN w:val="0"/>
        <w:spacing w:after="0" w:line="230" w:lineRule="auto"/>
        <w:rPr>
          <w:lang w:val="ru-RU"/>
        </w:rPr>
      </w:pPr>
      <w:r w:rsidRPr="00427E4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14:paraId="1414C17E" w14:textId="77777777" w:rsidR="007B669E" w:rsidRPr="008A1AA6" w:rsidRDefault="008A1AA6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8A1AA6">
        <w:rPr>
          <w:lang w:val="ru-RU"/>
        </w:rPr>
        <w:br/>
      </w: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7B4FC26E" w14:textId="77777777" w:rsidR="007B669E" w:rsidRPr="008A1AA6" w:rsidRDefault="007B669E">
      <w:pPr>
        <w:rPr>
          <w:lang w:val="ru-RU"/>
        </w:rPr>
        <w:sectPr w:rsidR="007B669E" w:rsidRPr="008A1AA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DE2F6FD" w14:textId="77777777" w:rsidR="007B669E" w:rsidRPr="008A1AA6" w:rsidRDefault="007B669E">
      <w:pPr>
        <w:autoSpaceDE w:val="0"/>
        <w:autoSpaceDN w:val="0"/>
        <w:spacing w:after="78" w:line="220" w:lineRule="exact"/>
        <w:rPr>
          <w:lang w:val="ru-RU"/>
        </w:rPr>
      </w:pPr>
    </w:p>
    <w:p w14:paraId="472A19A8" w14:textId="77777777" w:rsidR="007B669E" w:rsidRPr="008A1AA6" w:rsidRDefault="008A1AA6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8A1AA6">
        <w:rPr>
          <w:lang w:val="ru-RU"/>
        </w:rPr>
        <w:br/>
      </w:r>
      <w:proofErr w:type="spellStart"/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8A1AA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14:paraId="35272264" w14:textId="77777777" w:rsidR="007B669E" w:rsidRPr="008A1AA6" w:rsidRDefault="007B669E">
      <w:pPr>
        <w:rPr>
          <w:lang w:val="ru-RU"/>
        </w:rPr>
        <w:sectPr w:rsidR="007B669E" w:rsidRPr="008A1AA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95F206F" w14:textId="77777777" w:rsidR="008A1AA6" w:rsidRPr="008A1AA6" w:rsidRDefault="008A1AA6">
      <w:pPr>
        <w:rPr>
          <w:lang w:val="ru-RU"/>
        </w:rPr>
      </w:pPr>
    </w:p>
    <w:sectPr w:rsidR="008A1AA6" w:rsidRPr="008A1AA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D12CDC"/>
    <w:multiLevelType w:val="hybridMultilevel"/>
    <w:tmpl w:val="EE5281CA"/>
    <w:lvl w:ilvl="0" w:tplc="BE741B6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192"/>
    <w:rsid w:val="00141FC5"/>
    <w:rsid w:val="0015074B"/>
    <w:rsid w:val="001A2991"/>
    <w:rsid w:val="0029639D"/>
    <w:rsid w:val="00326F90"/>
    <w:rsid w:val="00427E4E"/>
    <w:rsid w:val="00684D07"/>
    <w:rsid w:val="00760336"/>
    <w:rsid w:val="007B669E"/>
    <w:rsid w:val="008A1AA6"/>
    <w:rsid w:val="00AA1D8D"/>
    <w:rsid w:val="00B47730"/>
    <w:rsid w:val="00CB0664"/>
    <w:rsid w:val="00D52B3F"/>
    <w:rsid w:val="00E940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34098"/>
  <w14:defaultImageDpi w14:val="300"/>
  <w15:docId w15:val="{BAA7A99F-CE40-45A5-8D36-93B798B3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rsid w:val="00E9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CBE0B0-88ED-4151-9935-FCDCA2A2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31</Pages>
  <Words>7837</Words>
  <Characters>44672</Characters>
  <Application>Microsoft Office Word</Application>
  <DocSecurity>0</DocSecurity>
  <Lines>372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4</cp:revision>
  <dcterms:created xsi:type="dcterms:W3CDTF">2013-12-23T23:15:00Z</dcterms:created>
  <dcterms:modified xsi:type="dcterms:W3CDTF">2022-11-02T09:46:00Z</dcterms:modified>
  <cp:category/>
</cp:coreProperties>
</file>